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4F6C" w:rsidRPr="005A6A5E" w:rsidRDefault="00000000">
      <w:pPr>
        <w:jc w:val="right"/>
        <w:rPr>
          <w:color w:val="000000" w:themeColor="text1"/>
          <w:lang w:val="ru-RU"/>
        </w:rPr>
      </w:pPr>
      <w:r w:rsidRPr="005A6A5E">
        <w:rPr>
          <w:b/>
          <w:color w:val="000000" w:themeColor="text1"/>
          <w:lang w:val="ru-RU"/>
        </w:rPr>
        <w:t>УТВЕРЖДАЮ</w:t>
      </w:r>
      <w:r w:rsidRPr="005A6A5E">
        <w:rPr>
          <w:b/>
          <w:color w:val="000000" w:themeColor="text1"/>
          <w:lang w:val="ru-RU"/>
        </w:rPr>
        <w:br/>
      </w:r>
      <w:r w:rsidRPr="005A6A5E">
        <w:rPr>
          <w:color w:val="000000" w:themeColor="text1"/>
          <w:lang w:val="ru-RU"/>
        </w:rPr>
        <w:t>Директор ______________________________</w:t>
      </w:r>
      <w:r w:rsidRPr="005A6A5E">
        <w:rPr>
          <w:color w:val="000000" w:themeColor="text1"/>
          <w:lang w:val="ru-RU"/>
        </w:rPr>
        <w:br/>
        <w:t>(наименование образовательной организации)</w:t>
      </w:r>
      <w:r w:rsidRPr="005A6A5E">
        <w:rPr>
          <w:color w:val="000000" w:themeColor="text1"/>
          <w:lang w:val="ru-RU"/>
        </w:rPr>
        <w:br/>
        <w:t>______________ /_____________________/</w:t>
      </w:r>
      <w:r w:rsidRPr="005A6A5E">
        <w:rPr>
          <w:color w:val="000000" w:themeColor="text1"/>
          <w:lang w:val="ru-RU"/>
        </w:rPr>
        <w:br/>
        <w:t xml:space="preserve">приказ </w:t>
      </w:r>
      <w:r w:rsidRPr="005A6A5E">
        <w:rPr>
          <w:color w:val="000000" w:themeColor="text1"/>
        </w:rPr>
        <w:t>N</w:t>
      </w:r>
      <w:r w:rsidRPr="005A6A5E">
        <w:rPr>
          <w:color w:val="000000" w:themeColor="text1"/>
          <w:lang w:val="ru-RU"/>
        </w:rPr>
        <w:t xml:space="preserve"> ____ от «___» __________ 20__ г.</w:t>
      </w:r>
    </w:p>
    <w:p w:rsidR="00DB4F6C" w:rsidRPr="005A6A5E" w:rsidRDefault="00DB4F6C">
      <w:pPr>
        <w:rPr>
          <w:color w:val="000000" w:themeColor="text1"/>
          <w:lang w:val="ru-RU"/>
        </w:rPr>
      </w:pPr>
    </w:p>
    <w:p w:rsidR="00DB4F6C" w:rsidRPr="005A6A5E" w:rsidRDefault="00000000">
      <w:pPr>
        <w:jc w:val="center"/>
        <w:rPr>
          <w:color w:val="000000" w:themeColor="text1"/>
          <w:lang w:val="ru-RU"/>
        </w:rPr>
      </w:pPr>
      <w:r w:rsidRPr="005A6A5E">
        <w:rPr>
          <w:b/>
          <w:color w:val="000000" w:themeColor="text1"/>
          <w:sz w:val="28"/>
          <w:lang w:val="ru-RU"/>
        </w:rPr>
        <w:t>ПОЛОЖЕНИЕ</w:t>
      </w:r>
      <w:r w:rsidRPr="005A6A5E">
        <w:rPr>
          <w:b/>
          <w:color w:val="000000" w:themeColor="text1"/>
          <w:sz w:val="28"/>
          <w:lang w:val="ru-RU"/>
        </w:rPr>
        <w:br/>
        <w:t>о школьной команде по профилактике и реагированию</w:t>
      </w:r>
      <w:r w:rsidRPr="005A6A5E">
        <w:rPr>
          <w:b/>
          <w:color w:val="000000" w:themeColor="text1"/>
          <w:sz w:val="28"/>
          <w:lang w:val="ru-RU"/>
        </w:rPr>
        <w:br/>
        <w:t>на ситуации психологического насилия, в том числе проявляющегося</w:t>
      </w:r>
      <w:r w:rsidRPr="005A6A5E">
        <w:rPr>
          <w:b/>
          <w:color w:val="000000" w:themeColor="text1"/>
          <w:sz w:val="28"/>
          <w:lang w:val="ru-RU"/>
        </w:rPr>
        <w:br/>
        <w:t>в форме травли (буллинга)</w:t>
      </w:r>
    </w:p>
    <w:p w:rsidR="00DB4F6C" w:rsidRPr="005A6A5E" w:rsidRDefault="00DB4F6C">
      <w:pPr>
        <w:rPr>
          <w:color w:val="000000" w:themeColor="text1"/>
          <w:lang w:val="ru-RU"/>
        </w:rPr>
      </w:pP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1. Общие положения</w:t>
      </w:r>
    </w:p>
    <w:p w:rsidR="00DB4F6C" w:rsidRPr="005A6A5E" w:rsidRDefault="00000000">
      <w:pPr>
        <w:spacing w:after="120"/>
        <w:ind w:firstLine="425"/>
        <w:rPr>
          <w:color w:val="000000" w:themeColor="text1"/>
          <w:lang w:val="ru-RU"/>
        </w:rPr>
      </w:pPr>
      <w:r w:rsidRPr="005A6A5E">
        <w:rPr>
          <w:color w:val="000000" w:themeColor="text1"/>
          <w:lang w:val="ru-RU"/>
        </w:rPr>
        <w:t>1.1. Настоящее Положение определяет статус, задачи, состав, полномочия и порядок работы школьной команды по профилактике и реагированию на ситуации психологического насилия, в том числе проявляющегося в форме травли (буллинга), в ______________________________ (далее - образовательная организация).</w:t>
      </w:r>
    </w:p>
    <w:p w:rsidR="00DB4F6C" w:rsidRPr="005A6A5E" w:rsidRDefault="00000000">
      <w:pPr>
        <w:spacing w:after="120"/>
        <w:ind w:firstLine="425"/>
        <w:rPr>
          <w:color w:val="000000" w:themeColor="text1"/>
          <w:lang w:val="ru-RU"/>
        </w:rPr>
      </w:pPr>
      <w:r w:rsidRPr="005A6A5E">
        <w:rPr>
          <w:color w:val="000000" w:themeColor="text1"/>
          <w:lang w:val="ru-RU"/>
        </w:rPr>
        <w:t>1.2. Школьная команда является постоянно действующей рабочей группой образовательной организации, создаваемой приказом руководителя для рассмотрения сложных и повторных ситуаций и подготовки рекомендаций по мерам безопасности и сопровождения.</w:t>
      </w:r>
    </w:p>
    <w:p w:rsidR="00DB4F6C" w:rsidRPr="005A6A5E" w:rsidRDefault="00000000">
      <w:pPr>
        <w:spacing w:after="120"/>
        <w:ind w:firstLine="425"/>
        <w:rPr>
          <w:color w:val="000000" w:themeColor="text1"/>
          <w:lang w:val="ru-RU"/>
        </w:rPr>
      </w:pPr>
      <w:r w:rsidRPr="005A6A5E">
        <w:rPr>
          <w:color w:val="000000" w:themeColor="text1"/>
          <w:lang w:val="ru-RU"/>
        </w:rPr>
        <w:t>1.3. Понятия, используемые в настоящем Положении, применяются в значениях, установленных разделом 3 Положения о профилактике и реагировании на ситуации психологического насилия.</w:t>
      </w:r>
    </w:p>
    <w:p w:rsidR="00DB4F6C" w:rsidRPr="005A6A5E" w:rsidRDefault="00000000">
      <w:pPr>
        <w:spacing w:after="120"/>
        <w:ind w:firstLine="425"/>
        <w:rPr>
          <w:color w:val="000000" w:themeColor="text1"/>
          <w:lang w:val="ru-RU"/>
        </w:rPr>
      </w:pPr>
      <w:r w:rsidRPr="005A6A5E">
        <w:rPr>
          <w:color w:val="000000" w:themeColor="text1"/>
          <w:lang w:val="ru-RU"/>
        </w:rPr>
        <w:t>1.4. Настоящее Положение не наделяет школьную команду полномочиями органов внутренних дел, КДН и ЗП, органов опеки и попечительства, медицинских организаций, суда или ППМС-центра.</w:t>
      </w:r>
    </w:p>
    <w:p w:rsidR="00DB4F6C" w:rsidRPr="005A6A5E" w:rsidRDefault="00000000">
      <w:pPr>
        <w:spacing w:after="120"/>
        <w:ind w:firstLine="425"/>
        <w:rPr>
          <w:color w:val="000000" w:themeColor="text1"/>
          <w:lang w:val="ru-RU"/>
        </w:rPr>
      </w:pPr>
      <w:r w:rsidRPr="005A6A5E">
        <w:rPr>
          <w:color w:val="000000" w:themeColor="text1"/>
          <w:lang w:val="ru-RU"/>
        </w:rPr>
        <w:t>1.5. Школьная команда не устанавливает юридическую виновность, не проводит процессуальное расследование и не принимает решений исключительной компетенции государственных органов. Она организует рассмотрение ситуации и готовит руководителю предложения по педагогическим, психолого-педагогическим и межведомственным мерам.</w:t>
      </w:r>
    </w:p>
    <w:p w:rsidR="00DB4F6C" w:rsidRPr="005A6A5E" w:rsidRDefault="00000000">
      <w:pPr>
        <w:spacing w:after="120"/>
        <w:ind w:firstLine="425"/>
        <w:rPr>
          <w:color w:val="000000" w:themeColor="text1"/>
          <w:lang w:val="ru-RU"/>
        </w:rPr>
      </w:pPr>
      <w:r w:rsidRPr="005A6A5E">
        <w:rPr>
          <w:color w:val="000000" w:themeColor="text1"/>
          <w:lang w:val="ru-RU"/>
        </w:rPr>
        <w:t>1.6. Приём и первичная фиксация сообщений осуществляются по Положению о профилактике и реагировании; цифровые ситуации — также по Положению о профилактике и реагировании в цифровой среде; обращение за внешней помощью — по Регламенту межведомственного взаимодействия; обязательные уведомления внешних органов — по Порядку уведомления КДН и ЗП, ПДН/ОВД и органов опеки и попечительства. Школьная команда не вправе изменять установленные этими документами основания и сроки неотложных действий.</w:t>
      </w:r>
    </w:p>
    <w:p w:rsidR="00DB4F6C" w:rsidRPr="005A6A5E" w:rsidRDefault="00000000">
      <w:pPr>
        <w:rPr>
          <w:color w:val="000000" w:themeColor="text1"/>
          <w:lang w:val="ru-RU"/>
        </w:rPr>
      </w:pPr>
      <w:r w:rsidRPr="005A6A5E">
        <w:rPr>
          <w:color w:val="000000" w:themeColor="text1"/>
          <w:lang w:val="ru-RU"/>
        </w:rPr>
        <w:t>1.7. Школьная команда не является комиссией по урегулированию споров между участниками образовательных отношений. Комиссия создаётся и действует в соответствии со статьёй 45 Федерального закона № 273-ФЗ и отдельным локальным нормативным актом образовательной организации.</w:t>
      </w:r>
    </w:p>
    <w:p w:rsidR="00DB4F6C" w:rsidRPr="005A6A5E" w:rsidRDefault="00000000">
      <w:pPr>
        <w:rPr>
          <w:color w:val="000000" w:themeColor="text1"/>
          <w:lang w:val="ru-RU"/>
        </w:rPr>
      </w:pPr>
      <w:r w:rsidRPr="005A6A5E">
        <w:rPr>
          <w:color w:val="000000" w:themeColor="text1"/>
          <w:lang w:val="ru-RU"/>
        </w:rPr>
        <w:t>1.8. В комиссию по урегулированию споров обращаются по вопросам реализации права на образование, в том числе при возникновении конфликта интересов педагогического работника, применении локального нормативного акта либо обжаловании решения о применении к обучающемуся дисциплинарного взыскания. Обращение в комиссию не приостанавливает неотложные меры защиты обучающегося.</w:t>
      </w:r>
    </w:p>
    <w:p w:rsidR="00DB4F6C" w:rsidRPr="005A6A5E" w:rsidRDefault="00000000">
      <w:pPr>
        <w:rPr>
          <w:color w:val="000000" w:themeColor="text1"/>
          <w:lang w:val="ru-RU"/>
        </w:rPr>
      </w:pPr>
      <w:r w:rsidRPr="005A6A5E">
        <w:rPr>
          <w:color w:val="000000" w:themeColor="text1"/>
          <w:lang w:val="ru-RU"/>
        </w:rPr>
        <w:t>1.9. Если одна ситуация одновременно требует мер безопасности и рассмотрения разногласия по статье 45 Федерального закона № 273-ФЗ, школьная команда и комиссия действуют раздельно в пределах своей компетенции. Между ними передаются только сведения, необходимые для соответствующей процедуры.</w:t>
      </w: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2. Правовые основания деятельности школьной команды</w:t>
      </w:r>
    </w:p>
    <w:p w:rsidR="00DB4F6C" w:rsidRPr="005A6A5E" w:rsidRDefault="00000000">
      <w:pPr>
        <w:spacing w:after="120"/>
        <w:ind w:firstLine="425"/>
        <w:rPr>
          <w:color w:val="000000" w:themeColor="text1"/>
          <w:lang w:val="ru-RU"/>
        </w:rPr>
      </w:pPr>
      <w:r w:rsidRPr="005A6A5E">
        <w:rPr>
          <w:color w:val="000000" w:themeColor="text1"/>
          <w:lang w:val="ru-RU"/>
        </w:rPr>
        <w:t xml:space="preserve">2.1. Школьная команда в своей деятельности руководствуется Конституцией Российской Федерации, Конвенцией о правах ребенка, Федеральным законом от 29.12.2012 </w:t>
      </w:r>
      <w:r w:rsidRPr="005A6A5E">
        <w:rPr>
          <w:color w:val="000000" w:themeColor="text1"/>
        </w:rPr>
        <w:t>N</w:t>
      </w:r>
      <w:r w:rsidRPr="005A6A5E">
        <w:rPr>
          <w:color w:val="000000" w:themeColor="text1"/>
          <w:lang w:val="ru-RU"/>
        </w:rPr>
        <w:t xml:space="preserve"> 273-ФЗ «Об </w:t>
      </w:r>
      <w:r w:rsidRPr="005A6A5E">
        <w:rPr>
          <w:color w:val="000000" w:themeColor="text1"/>
          <w:lang w:val="ru-RU"/>
        </w:rPr>
        <w:lastRenderedPageBreak/>
        <w:t xml:space="preserve">образовании в Российской Федерации», Федеральным законом от 24.07.1998 </w:t>
      </w:r>
      <w:r w:rsidRPr="005A6A5E">
        <w:rPr>
          <w:color w:val="000000" w:themeColor="text1"/>
        </w:rPr>
        <w:t>N</w:t>
      </w:r>
      <w:r w:rsidRPr="005A6A5E">
        <w:rPr>
          <w:color w:val="000000" w:themeColor="text1"/>
          <w:lang w:val="ru-RU"/>
        </w:rPr>
        <w:t xml:space="preserve"> 124-ФЗ «Об основных гарантиях прав ребенка в Российской Федерации», Федеральным законом от 24.06.1999 </w:t>
      </w:r>
      <w:r w:rsidRPr="005A6A5E">
        <w:rPr>
          <w:color w:val="000000" w:themeColor="text1"/>
        </w:rPr>
        <w:t>N</w:t>
      </w:r>
      <w:r w:rsidRPr="005A6A5E">
        <w:rPr>
          <w:color w:val="000000" w:themeColor="text1"/>
          <w:lang w:val="ru-RU"/>
        </w:rPr>
        <w:t xml:space="preserve"> 120-ФЗ «Об основах системы профилактики безнадзорности и правонарушений несовершеннолетних», Федеральным законом от 27.07.2006 </w:t>
      </w:r>
      <w:r w:rsidRPr="005A6A5E">
        <w:rPr>
          <w:color w:val="000000" w:themeColor="text1"/>
        </w:rPr>
        <w:t>N</w:t>
      </w:r>
      <w:r w:rsidRPr="005A6A5E">
        <w:rPr>
          <w:color w:val="000000" w:themeColor="text1"/>
          <w:lang w:val="ru-RU"/>
        </w:rPr>
        <w:t xml:space="preserve"> 152-ФЗ «О персональных данных», Федеральным законом от 27.07.2006 </w:t>
      </w:r>
      <w:r w:rsidRPr="005A6A5E">
        <w:rPr>
          <w:color w:val="000000" w:themeColor="text1"/>
        </w:rPr>
        <w:t>N</w:t>
      </w:r>
      <w:r w:rsidRPr="005A6A5E">
        <w:rPr>
          <w:color w:val="000000" w:themeColor="text1"/>
          <w:lang w:val="ru-RU"/>
        </w:rPr>
        <w:t xml:space="preserve"> 149-ФЗ «Об информации, информационных технологиях и о защите информации», Семейным кодексом Российской Федерации, уставом образовательной организации и локальными актами образовательной организации.</w:t>
      </w:r>
    </w:p>
    <w:p w:rsidR="00DB4F6C" w:rsidRPr="005A6A5E" w:rsidRDefault="00000000">
      <w:pPr>
        <w:spacing w:after="120"/>
        <w:ind w:firstLine="425"/>
        <w:rPr>
          <w:color w:val="000000" w:themeColor="text1"/>
          <w:lang w:val="ru-RU"/>
        </w:rPr>
      </w:pPr>
      <w:r w:rsidRPr="005A6A5E">
        <w:rPr>
          <w:color w:val="000000" w:themeColor="text1"/>
          <w:lang w:val="ru-RU"/>
        </w:rPr>
        <w:t>2.2. При организации работы с конкретной ситуацией школьная команда учитывает право обучающихся на уважение человеческого достоинства, защиту от всех форм физического и психического насилия, охрану жизни и здоровья, а также право родителей (законных представителей) на получение информации в объеме, касающемся их ребенка и не нарушающем права других участников образовательных отношений.</w:t>
      </w:r>
    </w:p>
    <w:p w:rsidR="00DB4F6C" w:rsidRPr="005A6A5E" w:rsidRDefault="00000000">
      <w:pPr>
        <w:spacing w:after="120"/>
        <w:ind w:firstLine="425"/>
        <w:rPr>
          <w:color w:val="000000" w:themeColor="text1"/>
          <w:lang w:val="ru-RU"/>
        </w:rPr>
      </w:pPr>
      <w:r w:rsidRPr="005A6A5E">
        <w:rPr>
          <w:color w:val="000000" w:themeColor="text1"/>
          <w:lang w:val="ru-RU"/>
        </w:rPr>
        <w:t>2.3. Обработка персональных данных, материалов бесед, цифровых материалов, сведений о семье, состоянии ребенка и обстоятельствах ситуации осуществляется только в объеме, необходимом для достижения целей защиты прав и безопасности обучающихся, с соблюдением требований конфиденциальности и минимизации передаваемых сведений.</w:t>
      </w: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3. Цели и задачи школьной команды</w:t>
      </w:r>
    </w:p>
    <w:p w:rsidR="00DB4F6C" w:rsidRPr="005A6A5E" w:rsidRDefault="00000000">
      <w:pPr>
        <w:spacing w:after="120"/>
        <w:ind w:firstLine="425"/>
        <w:rPr>
          <w:color w:val="000000" w:themeColor="text1"/>
          <w:lang w:val="ru-RU"/>
        </w:rPr>
      </w:pPr>
      <w:r w:rsidRPr="005A6A5E">
        <w:rPr>
          <w:color w:val="000000" w:themeColor="text1"/>
          <w:lang w:val="ru-RU"/>
        </w:rPr>
        <w:t>3.1. Целью деятельности школьной команды является обеспечение согласованной, своевременной, безопасной и юридически корректной реакции образовательной организации на ситуации психологического насилия, а также координация профилактической работы по формированию уважительной и безопасной образовательной среды.</w:t>
      </w:r>
    </w:p>
    <w:p w:rsidR="00DB4F6C" w:rsidRPr="005A6A5E" w:rsidRDefault="00000000">
      <w:pPr>
        <w:spacing w:after="120"/>
        <w:ind w:firstLine="425"/>
        <w:rPr>
          <w:color w:val="000000" w:themeColor="text1"/>
        </w:rPr>
      </w:pPr>
      <w:r w:rsidRPr="005A6A5E">
        <w:rPr>
          <w:color w:val="000000" w:themeColor="text1"/>
        </w:rPr>
        <w:t>3.2. Задачами школьной команды являются:</w:t>
      </w:r>
    </w:p>
    <w:p w:rsidR="00DB4F6C" w:rsidRPr="005A6A5E" w:rsidRDefault="00000000">
      <w:pPr>
        <w:pStyle w:val="a0"/>
        <w:rPr>
          <w:color w:val="000000" w:themeColor="text1"/>
          <w:lang w:val="ru-RU"/>
        </w:rPr>
      </w:pPr>
      <w:r w:rsidRPr="005A6A5E">
        <w:rPr>
          <w:color w:val="000000" w:themeColor="text1"/>
          <w:lang w:val="ru-RU"/>
        </w:rPr>
        <w:t>рассмотрение сообщений о возможных ситуациях психологического насилия, требующих согласованных действий нескольких работников образовательной организации;</w:t>
      </w:r>
    </w:p>
    <w:p w:rsidR="00DB4F6C" w:rsidRPr="005A6A5E" w:rsidRDefault="00000000">
      <w:pPr>
        <w:pStyle w:val="a0"/>
        <w:rPr>
          <w:color w:val="000000" w:themeColor="text1"/>
          <w:lang w:val="ru-RU"/>
        </w:rPr>
      </w:pPr>
      <w:r w:rsidRPr="005A6A5E">
        <w:rPr>
          <w:color w:val="000000" w:themeColor="text1"/>
          <w:lang w:val="ru-RU"/>
        </w:rPr>
        <w:t>организация первичной оценки ситуации и уровня риска для обучающихся;</w:t>
      </w:r>
    </w:p>
    <w:p w:rsidR="00DB4F6C" w:rsidRPr="005A6A5E" w:rsidRDefault="00000000">
      <w:pPr>
        <w:pStyle w:val="a0"/>
        <w:rPr>
          <w:color w:val="000000" w:themeColor="text1"/>
          <w:lang w:val="ru-RU"/>
        </w:rPr>
      </w:pPr>
      <w:r w:rsidRPr="005A6A5E">
        <w:rPr>
          <w:color w:val="000000" w:themeColor="text1"/>
          <w:lang w:val="ru-RU"/>
        </w:rPr>
        <w:t>определение и контроль мер безопасности для пострадавшего обучающегося и других участников ситуации;</w:t>
      </w:r>
    </w:p>
    <w:p w:rsidR="00DB4F6C" w:rsidRPr="005A6A5E" w:rsidRDefault="00000000">
      <w:pPr>
        <w:pStyle w:val="a0"/>
        <w:rPr>
          <w:color w:val="000000" w:themeColor="text1"/>
          <w:lang w:val="ru-RU"/>
        </w:rPr>
      </w:pPr>
      <w:r w:rsidRPr="005A6A5E">
        <w:rPr>
          <w:color w:val="000000" w:themeColor="text1"/>
          <w:lang w:val="ru-RU"/>
        </w:rPr>
        <w:t>координация педагогических, воспитательных и психолого-педагогических мер в пределах компетенции образовательной организации;</w:t>
      </w:r>
    </w:p>
    <w:p w:rsidR="00DB4F6C" w:rsidRPr="005A6A5E" w:rsidRDefault="00000000">
      <w:pPr>
        <w:pStyle w:val="a0"/>
        <w:rPr>
          <w:color w:val="000000" w:themeColor="text1"/>
          <w:lang w:val="ru-RU"/>
        </w:rPr>
      </w:pPr>
      <w:r w:rsidRPr="005A6A5E">
        <w:rPr>
          <w:color w:val="000000" w:themeColor="text1"/>
          <w:lang w:val="ru-RU"/>
        </w:rPr>
        <w:t>определение необходимости работы с классом, свидетелями, родителями и педагогами;</w:t>
      </w:r>
    </w:p>
    <w:p w:rsidR="00DB4F6C" w:rsidRPr="005A6A5E" w:rsidRDefault="00000000">
      <w:pPr>
        <w:pStyle w:val="a0"/>
        <w:rPr>
          <w:color w:val="000000" w:themeColor="text1"/>
          <w:lang w:val="ru-RU"/>
        </w:rPr>
      </w:pPr>
      <w:r w:rsidRPr="005A6A5E">
        <w:rPr>
          <w:color w:val="000000" w:themeColor="text1"/>
          <w:lang w:val="ru-RU"/>
        </w:rPr>
        <w:t>подготовка руководителю предложений о направлении в ППМС-центр или иную организацию психолого-педагогической помощи;</w:t>
      </w:r>
    </w:p>
    <w:p w:rsidR="00DB4F6C" w:rsidRPr="005A6A5E" w:rsidRDefault="00000000">
      <w:pPr>
        <w:pStyle w:val="a0"/>
        <w:rPr>
          <w:color w:val="000000" w:themeColor="text1"/>
          <w:lang w:val="ru-RU"/>
        </w:rPr>
      </w:pPr>
      <w:r w:rsidRPr="005A6A5E">
        <w:rPr>
          <w:color w:val="000000" w:themeColor="text1"/>
          <w:lang w:val="ru-RU"/>
        </w:rPr>
        <w:t>подготовка руководителю предложений о добровольной внешней помощи; обязательные уведомления выполняются по отдельному Порядку независимо от рекомендаций команды;</w:t>
      </w:r>
    </w:p>
    <w:p w:rsidR="00DB4F6C" w:rsidRPr="005A6A5E" w:rsidRDefault="00000000">
      <w:pPr>
        <w:pStyle w:val="a0"/>
        <w:rPr>
          <w:color w:val="000000" w:themeColor="text1"/>
          <w:lang w:val="ru-RU"/>
        </w:rPr>
      </w:pPr>
      <w:r w:rsidRPr="005A6A5E">
        <w:rPr>
          <w:color w:val="000000" w:themeColor="text1"/>
          <w:lang w:val="ru-RU"/>
        </w:rPr>
        <w:t>контроль выполнения утверждённых руководителем мер и динамики ситуации;</w:t>
      </w:r>
    </w:p>
    <w:p w:rsidR="00DB4F6C" w:rsidRPr="005A6A5E" w:rsidRDefault="00000000">
      <w:pPr>
        <w:pStyle w:val="a0"/>
        <w:rPr>
          <w:color w:val="000000" w:themeColor="text1"/>
          <w:lang w:val="ru-RU"/>
        </w:rPr>
      </w:pPr>
      <w:r w:rsidRPr="005A6A5E">
        <w:rPr>
          <w:color w:val="000000" w:themeColor="text1"/>
          <w:lang w:val="ru-RU"/>
        </w:rPr>
        <w:t>анализ повторяющихся обращений, факторов риска и эффективности профилактических мер;</w:t>
      </w:r>
    </w:p>
    <w:p w:rsidR="00DB4F6C" w:rsidRPr="005A6A5E" w:rsidRDefault="00000000">
      <w:pPr>
        <w:pStyle w:val="a0"/>
        <w:rPr>
          <w:color w:val="000000" w:themeColor="text1"/>
          <w:lang w:val="ru-RU"/>
        </w:rPr>
      </w:pPr>
      <w:r w:rsidRPr="005A6A5E">
        <w:rPr>
          <w:color w:val="000000" w:themeColor="text1"/>
          <w:lang w:val="ru-RU"/>
        </w:rPr>
        <w:t>подготовка предложений руководителю образовательной организации по совершенствованию локальной системы профилактики и реагирования.</w:t>
      </w: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4. Принципы работы школьной команды</w:t>
      </w:r>
    </w:p>
    <w:p w:rsidR="00DB4F6C" w:rsidRPr="005A6A5E" w:rsidRDefault="00000000">
      <w:pPr>
        <w:spacing w:after="120"/>
        <w:ind w:firstLine="425"/>
        <w:rPr>
          <w:color w:val="000000" w:themeColor="text1"/>
          <w:lang w:val="ru-RU"/>
        </w:rPr>
      </w:pPr>
      <w:r w:rsidRPr="005A6A5E">
        <w:rPr>
          <w:color w:val="000000" w:themeColor="text1"/>
          <w:lang w:val="ru-RU"/>
        </w:rPr>
        <w:t>4.1. Работа школьной команды строится на следующих принципах:</w:t>
      </w:r>
    </w:p>
    <w:tbl>
      <w:tblPr>
        <w:tblStyle w:val="aff0"/>
        <w:tblW w:w="0" w:type="auto"/>
        <w:jc w:val="center"/>
        <w:tblLook w:val="04A0" w:firstRow="1" w:lastRow="0" w:firstColumn="1" w:lastColumn="0" w:noHBand="0" w:noVBand="1"/>
      </w:tblPr>
      <w:tblGrid>
        <w:gridCol w:w="2835"/>
        <w:gridCol w:w="6236"/>
      </w:tblGrid>
      <w:tr w:rsidR="005A6A5E" w:rsidRPr="005A6A5E">
        <w:trPr>
          <w:jc w:val="center"/>
          <w:tblHeader/>
          <w:cantSplit/>
        </w:trPr>
        <w:tc>
          <w:tcPr>
            <w:tcW w:w="2835" w:type="dxa"/>
            <w:shd w:val="clear" w:color="auto" w:fill="D9EAF7"/>
            <w:vAlign w:val="center"/>
          </w:tcPr>
          <w:p w:rsidR="00DB4F6C" w:rsidRPr="005A6A5E" w:rsidRDefault="00000000">
            <w:pPr>
              <w:rPr>
                <w:color w:val="000000" w:themeColor="text1"/>
              </w:rPr>
            </w:pPr>
            <w:proofErr w:type="spellStart"/>
            <w:r w:rsidRPr="005A6A5E">
              <w:rPr>
                <w:b/>
                <w:color w:val="000000" w:themeColor="text1"/>
                <w:sz w:val="20"/>
              </w:rPr>
              <w:t>Принцип</w:t>
            </w:r>
            <w:proofErr w:type="spellEnd"/>
          </w:p>
        </w:tc>
        <w:tc>
          <w:tcPr>
            <w:tcW w:w="6236" w:type="dxa"/>
            <w:shd w:val="clear" w:color="auto" w:fill="D9EAF7"/>
            <w:vAlign w:val="center"/>
          </w:tcPr>
          <w:p w:rsidR="00DB4F6C" w:rsidRPr="005A6A5E" w:rsidRDefault="00000000">
            <w:pPr>
              <w:rPr>
                <w:color w:val="000000" w:themeColor="text1"/>
              </w:rPr>
            </w:pPr>
            <w:r w:rsidRPr="005A6A5E">
              <w:rPr>
                <w:b/>
                <w:color w:val="000000" w:themeColor="text1"/>
                <w:sz w:val="20"/>
              </w:rPr>
              <w:t>Содержание</w:t>
            </w:r>
          </w:p>
        </w:tc>
      </w:tr>
      <w:tr w:rsidR="005A6A5E" w:rsidRPr="005A6A5E">
        <w:trPr>
          <w:jc w:val="center"/>
          <w:cantSplit/>
        </w:trPr>
        <w:tc>
          <w:tcPr>
            <w:tcW w:w="2835" w:type="dxa"/>
          </w:tcPr>
          <w:p w:rsidR="00DB4F6C" w:rsidRPr="005A6A5E" w:rsidRDefault="00000000">
            <w:pPr>
              <w:rPr>
                <w:color w:val="000000" w:themeColor="text1"/>
              </w:rPr>
            </w:pPr>
            <w:proofErr w:type="spellStart"/>
            <w:r w:rsidRPr="005A6A5E">
              <w:rPr>
                <w:color w:val="000000" w:themeColor="text1"/>
                <w:sz w:val="20"/>
              </w:rPr>
              <w:lastRenderedPageBreak/>
              <w:t>Приоритет</w:t>
            </w:r>
            <w:proofErr w:type="spellEnd"/>
            <w:r w:rsidRPr="005A6A5E">
              <w:rPr>
                <w:color w:val="000000" w:themeColor="text1"/>
                <w:sz w:val="20"/>
              </w:rPr>
              <w:t xml:space="preserve"> </w:t>
            </w:r>
            <w:proofErr w:type="spellStart"/>
            <w:r w:rsidRPr="005A6A5E">
              <w:rPr>
                <w:color w:val="000000" w:themeColor="text1"/>
                <w:sz w:val="20"/>
              </w:rPr>
              <w:t>безопасности</w:t>
            </w:r>
            <w:proofErr w:type="spellEnd"/>
            <w:r w:rsidRPr="005A6A5E">
              <w:rPr>
                <w:color w:val="000000" w:themeColor="text1"/>
                <w:sz w:val="20"/>
              </w:rPr>
              <w:t xml:space="preserve"> </w:t>
            </w:r>
            <w:proofErr w:type="spellStart"/>
            <w:r w:rsidRPr="005A6A5E">
              <w:rPr>
                <w:color w:val="000000" w:themeColor="text1"/>
                <w:sz w:val="20"/>
              </w:rPr>
              <w:t>ребенка</w:t>
            </w:r>
            <w:proofErr w:type="spellEnd"/>
          </w:p>
        </w:tc>
        <w:tc>
          <w:tcPr>
            <w:tcW w:w="6236" w:type="dxa"/>
          </w:tcPr>
          <w:p w:rsidR="00DB4F6C" w:rsidRPr="005A6A5E" w:rsidRDefault="00000000">
            <w:pPr>
              <w:rPr>
                <w:color w:val="000000" w:themeColor="text1"/>
                <w:lang w:val="ru-RU"/>
              </w:rPr>
            </w:pPr>
            <w:r w:rsidRPr="005A6A5E">
              <w:rPr>
                <w:color w:val="000000" w:themeColor="text1"/>
                <w:sz w:val="20"/>
                <w:lang w:val="ru-RU"/>
              </w:rPr>
              <w:t>Меры безопасности и прекращение небезопасного поведения имеют приоритет перед выяснением отношений, поиском виновных или сохранением формального спокойствия.</w:t>
            </w:r>
          </w:p>
        </w:tc>
      </w:tr>
      <w:tr w:rsidR="005A6A5E" w:rsidRPr="005A6A5E">
        <w:trPr>
          <w:jc w:val="center"/>
          <w:cantSplit/>
        </w:trPr>
        <w:tc>
          <w:tcPr>
            <w:tcW w:w="2835" w:type="dxa"/>
          </w:tcPr>
          <w:p w:rsidR="00DB4F6C" w:rsidRPr="005A6A5E" w:rsidRDefault="00000000">
            <w:pPr>
              <w:rPr>
                <w:color w:val="000000" w:themeColor="text1"/>
              </w:rPr>
            </w:pPr>
            <w:proofErr w:type="spellStart"/>
            <w:r w:rsidRPr="005A6A5E">
              <w:rPr>
                <w:color w:val="000000" w:themeColor="text1"/>
                <w:sz w:val="20"/>
              </w:rPr>
              <w:t>Недопустимость</w:t>
            </w:r>
            <w:proofErr w:type="spellEnd"/>
            <w:r w:rsidRPr="005A6A5E">
              <w:rPr>
                <w:color w:val="000000" w:themeColor="text1"/>
                <w:sz w:val="20"/>
              </w:rPr>
              <w:t xml:space="preserve"> </w:t>
            </w:r>
            <w:proofErr w:type="spellStart"/>
            <w:r w:rsidRPr="005A6A5E">
              <w:rPr>
                <w:color w:val="000000" w:themeColor="text1"/>
                <w:sz w:val="20"/>
              </w:rPr>
              <w:t>обвинения</w:t>
            </w:r>
            <w:proofErr w:type="spellEnd"/>
            <w:r w:rsidRPr="005A6A5E">
              <w:rPr>
                <w:color w:val="000000" w:themeColor="text1"/>
                <w:sz w:val="20"/>
              </w:rPr>
              <w:t xml:space="preserve"> </w:t>
            </w:r>
            <w:proofErr w:type="spellStart"/>
            <w:r w:rsidRPr="005A6A5E">
              <w:rPr>
                <w:color w:val="000000" w:themeColor="text1"/>
                <w:sz w:val="20"/>
              </w:rPr>
              <w:t>пострадавшего</w:t>
            </w:r>
            <w:proofErr w:type="spellEnd"/>
          </w:p>
        </w:tc>
        <w:tc>
          <w:tcPr>
            <w:tcW w:w="6236" w:type="dxa"/>
          </w:tcPr>
          <w:p w:rsidR="00DB4F6C" w:rsidRPr="005A6A5E" w:rsidRDefault="00000000">
            <w:pPr>
              <w:rPr>
                <w:color w:val="000000" w:themeColor="text1"/>
                <w:lang w:val="ru-RU"/>
              </w:rPr>
            </w:pPr>
            <w:r w:rsidRPr="005A6A5E">
              <w:rPr>
                <w:color w:val="000000" w:themeColor="text1"/>
                <w:sz w:val="20"/>
                <w:lang w:val="ru-RU"/>
              </w:rPr>
              <w:t>Сообщение ребенка или родителя не оценивается через формулы «сам спровоцировал», «надо было не обращать внимания», «сами разберутся».</w:t>
            </w:r>
          </w:p>
        </w:tc>
      </w:tr>
      <w:tr w:rsidR="005A6A5E" w:rsidRPr="005A6A5E">
        <w:trPr>
          <w:jc w:val="center"/>
          <w:cantSplit/>
        </w:trPr>
        <w:tc>
          <w:tcPr>
            <w:tcW w:w="2835" w:type="dxa"/>
          </w:tcPr>
          <w:p w:rsidR="00DB4F6C" w:rsidRPr="005A6A5E" w:rsidRDefault="00000000">
            <w:pPr>
              <w:rPr>
                <w:color w:val="000000" w:themeColor="text1"/>
              </w:rPr>
            </w:pPr>
            <w:proofErr w:type="spellStart"/>
            <w:r w:rsidRPr="005A6A5E">
              <w:rPr>
                <w:color w:val="000000" w:themeColor="text1"/>
                <w:sz w:val="20"/>
              </w:rPr>
              <w:t>Конфиденциальность</w:t>
            </w:r>
            <w:proofErr w:type="spellEnd"/>
          </w:p>
        </w:tc>
        <w:tc>
          <w:tcPr>
            <w:tcW w:w="6236" w:type="dxa"/>
          </w:tcPr>
          <w:p w:rsidR="00DB4F6C" w:rsidRPr="005A6A5E" w:rsidRDefault="00000000">
            <w:pPr>
              <w:rPr>
                <w:color w:val="000000" w:themeColor="text1"/>
                <w:lang w:val="ru-RU"/>
              </w:rPr>
            </w:pPr>
            <w:r w:rsidRPr="005A6A5E">
              <w:rPr>
                <w:color w:val="000000" w:themeColor="text1"/>
                <w:sz w:val="20"/>
                <w:lang w:val="ru-RU"/>
              </w:rPr>
              <w:t>Сведения о ситуации доступны только лицам, которым они необходимы для рассмотрения, принятия управленческого решения или исполнения утверждённых мер.</w:t>
            </w:r>
          </w:p>
        </w:tc>
      </w:tr>
      <w:tr w:rsidR="005A6A5E" w:rsidRPr="005A6A5E">
        <w:trPr>
          <w:jc w:val="center"/>
          <w:cantSplit/>
        </w:trPr>
        <w:tc>
          <w:tcPr>
            <w:tcW w:w="2835" w:type="dxa"/>
          </w:tcPr>
          <w:p w:rsidR="00DB4F6C" w:rsidRPr="005A6A5E" w:rsidRDefault="00000000">
            <w:pPr>
              <w:rPr>
                <w:color w:val="000000" w:themeColor="text1"/>
              </w:rPr>
            </w:pPr>
            <w:proofErr w:type="spellStart"/>
            <w:r w:rsidRPr="005A6A5E">
              <w:rPr>
                <w:color w:val="000000" w:themeColor="text1"/>
                <w:sz w:val="20"/>
              </w:rPr>
              <w:t>Минимизация</w:t>
            </w:r>
            <w:proofErr w:type="spellEnd"/>
            <w:r w:rsidRPr="005A6A5E">
              <w:rPr>
                <w:color w:val="000000" w:themeColor="text1"/>
                <w:sz w:val="20"/>
              </w:rPr>
              <w:t xml:space="preserve"> </w:t>
            </w:r>
            <w:proofErr w:type="spellStart"/>
            <w:r w:rsidRPr="005A6A5E">
              <w:rPr>
                <w:color w:val="000000" w:themeColor="text1"/>
                <w:sz w:val="20"/>
              </w:rPr>
              <w:t>персональных</w:t>
            </w:r>
            <w:proofErr w:type="spellEnd"/>
            <w:r w:rsidRPr="005A6A5E">
              <w:rPr>
                <w:color w:val="000000" w:themeColor="text1"/>
                <w:sz w:val="20"/>
              </w:rPr>
              <w:t xml:space="preserve"> </w:t>
            </w:r>
            <w:proofErr w:type="spellStart"/>
            <w:r w:rsidRPr="005A6A5E">
              <w:rPr>
                <w:color w:val="000000" w:themeColor="text1"/>
                <w:sz w:val="20"/>
              </w:rPr>
              <w:t>данных</w:t>
            </w:r>
            <w:proofErr w:type="spellEnd"/>
          </w:p>
        </w:tc>
        <w:tc>
          <w:tcPr>
            <w:tcW w:w="6236" w:type="dxa"/>
          </w:tcPr>
          <w:p w:rsidR="00DB4F6C" w:rsidRPr="005A6A5E" w:rsidRDefault="00000000">
            <w:pPr>
              <w:rPr>
                <w:color w:val="000000" w:themeColor="text1"/>
                <w:lang w:val="ru-RU"/>
              </w:rPr>
            </w:pPr>
            <w:r w:rsidRPr="005A6A5E">
              <w:rPr>
                <w:color w:val="000000" w:themeColor="text1"/>
                <w:sz w:val="20"/>
                <w:lang w:val="ru-RU"/>
              </w:rPr>
              <w:t>Фиксируются и передаются только сведения, необходимые для защиты ребёнка, подготовки рекомендаций, принятия управленческого решения и исполнения обязанностей образовательной организации.</w:t>
            </w:r>
          </w:p>
        </w:tc>
      </w:tr>
      <w:tr w:rsidR="005A6A5E" w:rsidRPr="005A6A5E">
        <w:trPr>
          <w:jc w:val="center"/>
          <w:cantSplit/>
        </w:trPr>
        <w:tc>
          <w:tcPr>
            <w:tcW w:w="2835" w:type="dxa"/>
          </w:tcPr>
          <w:p w:rsidR="00DB4F6C" w:rsidRPr="005A6A5E" w:rsidRDefault="00000000">
            <w:pPr>
              <w:rPr>
                <w:color w:val="000000" w:themeColor="text1"/>
              </w:rPr>
            </w:pPr>
            <w:proofErr w:type="spellStart"/>
            <w:r w:rsidRPr="005A6A5E">
              <w:rPr>
                <w:color w:val="000000" w:themeColor="text1"/>
                <w:sz w:val="20"/>
              </w:rPr>
              <w:t>Беспристрастность</w:t>
            </w:r>
            <w:proofErr w:type="spellEnd"/>
          </w:p>
        </w:tc>
        <w:tc>
          <w:tcPr>
            <w:tcW w:w="6236" w:type="dxa"/>
          </w:tcPr>
          <w:p w:rsidR="00DB4F6C" w:rsidRPr="005A6A5E" w:rsidRDefault="00000000">
            <w:pPr>
              <w:rPr>
                <w:color w:val="000000" w:themeColor="text1"/>
                <w:lang w:val="ru-RU"/>
              </w:rPr>
            </w:pPr>
            <w:r w:rsidRPr="005A6A5E">
              <w:rPr>
                <w:color w:val="000000" w:themeColor="text1"/>
                <w:sz w:val="20"/>
                <w:lang w:val="ru-RU"/>
              </w:rPr>
              <w:t>Рекомендации готовятся на основе зафиксированных сведений, наблюдений, бесед и оценки риска; лица с конфликтом интересов в рассмотрении не участвуют.</w:t>
            </w:r>
          </w:p>
        </w:tc>
      </w:tr>
      <w:tr w:rsidR="005A6A5E" w:rsidRPr="005A6A5E">
        <w:trPr>
          <w:jc w:val="center"/>
          <w:cantSplit/>
        </w:trPr>
        <w:tc>
          <w:tcPr>
            <w:tcW w:w="2835" w:type="dxa"/>
          </w:tcPr>
          <w:p w:rsidR="00DB4F6C" w:rsidRPr="005A6A5E" w:rsidRDefault="00000000">
            <w:pPr>
              <w:rPr>
                <w:color w:val="000000" w:themeColor="text1"/>
              </w:rPr>
            </w:pPr>
            <w:proofErr w:type="spellStart"/>
            <w:r w:rsidRPr="005A6A5E">
              <w:rPr>
                <w:color w:val="000000" w:themeColor="text1"/>
                <w:sz w:val="20"/>
              </w:rPr>
              <w:t>Отказ</w:t>
            </w:r>
            <w:proofErr w:type="spellEnd"/>
            <w:r w:rsidRPr="005A6A5E">
              <w:rPr>
                <w:color w:val="000000" w:themeColor="text1"/>
                <w:sz w:val="20"/>
              </w:rPr>
              <w:t xml:space="preserve"> </w:t>
            </w:r>
            <w:proofErr w:type="spellStart"/>
            <w:r w:rsidRPr="005A6A5E">
              <w:rPr>
                <w:color w:val="000000" w:themeColor="text1"/>
                <w:sz w:val="20"/>
              </w:rPr>
              <w:t>от</w:t>
            </w:r>
            <w:proofErr w:type="spellEnd"/>
            <w:r w:rsidRPr="005A6A5E">
              <w:rPr>
                <w:color w:val="000000" w:themeColor="text1"/>
                <w:sz w:val="20"/>
              </w:rPr>
              <w:t xml:space="preserve"> </w:t>
            </w:r>
            <w:proofErr w:type="spellStart"/>
            <w:r w:rsidRPr="005A6A5E">
              <w:rPr>
                <w:color w:val="000000" w:themeColor="text1"/>
                <w:sz w:val="20"/>
              </w:rPr>
              <w:t>публичного</w:t>
            </w:r>
            <w:proofErr w:type="spellEnd"/>
            <w:r w:rsidRPr="005A6A5E">
              <w:rPr>
                <w:color w:val="000000" w:themeColor="text1"/>
                <w:sz w:val="20"/>
              </w:rPr>
              <w:t xml:space="preserve"> </w:t>
            </w:r>
            <w:proofErr w:type="spellStart"/>
            <w:r w:rsidRPr="005A6A5E">
              <w:rPr>
                <w:color w:val="000000" w:themeColor="text1"/>
                <w:sz w:val="20"/>
              </w:rPr>
              <w:t>разбора</w:t>
            </w:r>
            <w:proofErr w:type="spellEnd"/>
          </w:p>
        </w:tc>
        <w:tc>
          <w:tcPr>
            <w:tcW w:w="6236" w:type="dxa"/>
          </w:tcPr>
          <w:p w:rsidR="00DB4F6C" w:rsidRPr="005A6A5E" w:rsidRDefault="00000000">
            <w:pPr>
              <w:rPr>
                <w:color w:val="000000" w:themeColor="text1"/>
                <w:lang w:val="ru-RU"/>
              </w:rPr>
            </w:pPr>
            <w:r w:rsidRPr="005A6A5E">
              <w:rPr>
                <w:color w:val="000000" w:themeColor="text1"/>
                <w:sz w:val="20"/>
                <w:lang w:val="ru-RU"/>
              </w:rPr>
              <w:t>Ситуация не обсуждается публично в классе, педагогическом коллективе, родительских чатах или иных группах с раскрытием участников.</w:t>
            </w:r>
          </w:p>
        </w:tc>
      </w:tr>
      <w:tr w:rsidR="005A6A5E" w:rsidRPr="005A6A5E">
        <w:trPr>
          <w:jc w:val="center"/>
          <w:cantSplit/>
        </w:trPr>
        <w:tc>
          <w:tcPr>
            <w:tcW w:w="2835" w:type="dxa"/>
          </w:tcPr>
          <w:p w:rsidR="00DB4F6C" w:rsidRPr="005A6A5E" w:rsidRDefault="00000000">
            <w:pPr>
              <w:rPr>
                <w:color w:val="000000" w:themeColor="text1"/>
              </w:rPr>
            </w:pPr>
            <w:proofErr w:type="spellStart"/>
            <w:r w:rsidRPr="005A6A5E">
              <w:rPr>
                <w:color w:val="000000" w:themeColor="text1"/>
                <w:sz w:val="20"/>
              </w:rPr>
              <w:t>Восстановление безопасности и развивающий подход</w:t>
            </w:r>
            <w:proofErr w:type="spellEnd"/>
            <w:proofErr w:type="spellStart"/>
            <w:proofErr w:type="spellEnd"/>
            <w:proofErr w:type="spellStart"/>
            <w:proofErr w:type="spellEnd"/>
          </w:p>
        </w:tc>
        <w:tc>
          <w:tcPr>
            <w:tcW w:w="6236" w:type="dxa"/>
          </w:tcPr>
          <w:p w:rsidR="00DB4F6C" w:rsidRPr="005A6A5E" w:rsidRDefault="00000000">
            <w:pPr>
              <w:rPr>
                <w:color w:val="000000" w:themeColor="text1"/>
                <w:lang w:val="ru-RU"/>
              </w:rPr>
            </w:pPr>
            <w:r w:rsidRPr="005A6A5E">
              <w:rPr>
                <w:color w:val="000000" w:themeColor="text1"/>
                <w:sz w:val="20"/>
                <w:lang w:val="ru-RU"/>
              </w:rPr>
              <w:t>Меры направлены не только на прекращение поведения, но и на восстановление безопасных норм общения, ответственности и поддержки.</w:t>
            </w:r>
          </w:p>
        </w:tc>
      </w:tr>
      <w:tr w:rsidR="005A6A5E" w:rsidRPr="005A6A5E">
        <w:trPr>
          <w:jc w:val="center"/>
          <w:cantSplit/>
        </w:trPr>
        <w:tc>
          <w:tcPr>
            <w:tcW w:w="2835" w:type="dxa"/>
          </w:tcPr>
          <w:p w:rsidR="00DB4F6C" w:rsidRPr="005A6A5E" w:rsidRDefault="00000000">
            <w:pPr>
              <w:rPr>
                <w:color w:val="000000" w:themeColor="text1"/>
              </w:rPr>
            </w:pPr>
            <w:proofErr w:type="spellStart"/>
            <w:r w:rsidRPr="005A6A5E">
              <w:rPr>
                <w:color w:val="000000" w:themeColor="text1"/>
                <w:sz w:val="20"/>
              </w:rPr>
              <w:t>Своевременность</w:t>
            </w:r>
            <w:proofErr w:type="spellEnd"/>
          </w:p>
        </w:tc>
        <w:tc>
          <w:tcPr>
            <w:tcW w:w="6236" w:type="dxa"/>
          </w:tcPr>
          <w:p w:rsidR="00DB4F6C" w:rsidRPr="005A6A5E" w:rsidRDefault="00000000">
            <w:pPr>
              <w:rPr>
                <w:color w:val="000000" w:themeColor="text1"/>
                <w:lang w:val="ru-RU"/>
              </w:rPr>
            </w:pPr>
            <w:r w:rsidRPr="005A6A5E">
              <w:rPr>
                <w:color w:val="000000" w:themeColor="text1"/>
                <w:sz w:val="20"/>
                <w:lang w:val="ru-RU"/>
              </w:rPr>
              <w:t>Сообщения рассматриваются в установленные сроки; при высоком риске меры принимаются незамедлительно.</w:t>
            </w:r>
          </w:p>
        </w:tc>
      </w:tr>
    </w:tbl>
    <w:p w:rsidR="00DB4F6C" w:rsidRPr="005A6A5E" w:rsidRDefault="00DB4F6C">
      <w:pPr>
        <w:rPr>
          <w:color w:val="000000" w:themeColor="text1"/>
          <w:lang w:val="ru-RU"/>
        </w:rPr>
      </w:pP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5. Состав школьной команды</w:t>
      </w:r>
    </w:p>
    <w:p w:rsidR="00DB4F6C" w:rsidRPr="005A6A5E" w:rsidRDefault="00000000">
      <w:pPr>
        <w:spacing w:after="120"/>
        <w:ind w:firstLine="425"/>
        <w:rPr>
          <w:color w:val="000000" w:themeColor="text1"/>
          <w:lang w:val="ru-RU"/>
        </w:rPr>
      </w:pPr>
      <w:r w:rsidRPr="005A6A5E">
        <w:rPr>
          <w:color w:val="000000" w:themeColor="text1"/>
          <w:lang w:val="ru-RU"/>
        </w:rPr>
        <w:t>5.1. Состав школьной команды утверждается приказом руководителя образовательной организации. В приказе указываются председатель, секретарь, постоянные члены команды и, при необходимости, лица, привлекаемые к работе по отдельным вопросам.</w:t>
      </w:r>
    </w:p>
    <w:p w:rsidR="00DB4F6C" w:rsidRPr="005A6A5E" w:rsidRDefault="00000000">
      <w:pPr>
        <w:spacing w:after="120"/>
        <w:ind w:firstLine="425"/>
        <w:rPr>
          <w:color w:val="000000" w:themeColor="text1"/>
          <w:lang w:val="ru-RU"/>
        </w:rPr>
      </w:pPr>
      <w:r w:rsidRPr="005A6A5E">
        <w:rPr>
          <w:color w:val="000000" w:themeColor="text1"/>
          <w:lang w:val="ru-RU"/>
        </w:rPr>
        <w:t>5.2. В состав школьной команды рекомендуется включать: заместителя директора по воспитательной работе или иного представителя администрации; педагога-психолога; социального педагога; советника директора по воспитанию (при наличии); классного руководителя обучающегося или класса, в котором возникла ситуация; представителя службы медиации или примирения (при наличии); иного работника, отвечающего за профилактику правонарушений или воспитательную работу.</w:t>
      </w:r>
    </w:p>
    <w:p w:rsidR="00DB4F6C" w:rsidRPr="005A6A5E" w:rsidRDefault="00000000">
      <w:pPr>
        <w:spacing w:after="120"/>
        <w:ind w:firstLine="425"/>
        <w:rPr>
          <w:color w:val="000000" w:themeColor="text1"/>
          <w:lang w:val="ru-RU"/>
        </w:rPr>
      </w:pPr>
      <w:r w:rsidRPr="005A6A5E">
        <w:rPr>
          <w:color w:val="000000" w:themeColor="text1"/>
          <w:lang w:val="ru-RU"/>
        </w:rPr>
        <w:t>5.3. Руководитель образовательной организации может участвовать в заседаниях школьной команды лично либо поручить председательство заместителю директора. В ситуациях высокого риска, при сообщении о возможных действиях работника образовательной организации, при межведомственном реагировании или конфликте между родителями участие руководителя образовательной организации является обязательным либо специально оформляется его поручение уполномоченному лицу.</w:t>
      </w:r>
    </w:p>
    <w:p w:rsidR="00DB4F6C" w:rsidRPr="005A6A5E" w:rsidRDefault="00000000">
      <w:pPr>
        <w:spacing w:after="120"/>
        <w:ind w:firstLine="425"/>
        <w:rPr>
          <w:color w:val="000000" w:themeColor="text1"/>
          <w:lang w:val="ru-RU"/>
        </w:rPr>
      </w:pPr>
      <w:r w:rsidRPr="005A6A5E">
        <w:rPr>
          <w:color w:val="000000" w:themeColor="text1"/>
          <w:lang w:val="ru-RU"/>
        </w:rPr>
        <w:t>5.4. Медицинский работник, представитель ППМС-центра, органа опеки и попечительства, ПДН/ОВД, КДН и ЗП или иной внешний специалист может участвовать в заседании как приглашённое лицо с согласия представляемой им организации. Доступ к материалам конкретного случая предоставляется приглашённому лицу только при наличии правового основания передачи и в объёме, необходимом для заявленной цели.</w:t>
      </w:r>
    </w:p>
    <w:p w:rsidR="00DB4F6C" w:rsidRPr="005A6A5E" w:rsidRDefault="00000000">
      <w:pPr>
        <w:spacing w:after="120"/>
        <w:ind w:firstLine="425"/>
        <w:rPr>
          <w:color w:val="000000" w:themeColor="text1"/>
          <w:lang w:val="ru-RU"/>
        </w:rPr>
      </w:pPr>
      <w:r w:rsidRPr="005A6A5E">
        <w:rPr>
          <w:color w:val="000000" w:themeColor="text1"/>
          <w:lang w:val="ru-RU"/>
        </w:rPr>
        <w:t>5.5. Представители родительских органов, ученического самоуправления или иных общественных структур могут привлекаться только к обсуждению общих профилактических и организационных вопросов. Они не участвуют в рассмотрении индивидуальных ситуаций и не получают доступ к персональным данным детей, родителей и работников, если отсутствует специальное правовое основание.</w:t>
      </w:r>
    </w:p>
    <w:p w:rsidR="00DB4F6C" w:rsidRPr="005A6A5E" w:rsidRDefault="00000000">
      <w:pPr>
        <w:pStyle w:val="1"/>
        <w:rPr>
          <w:color w:val="000000" w:themeColor="text1"/>
        </w:rPr>
      </w:pPr>
      <w:r w:rsidRPr="005A6A5E">
        <w:rPr>
          <w:rFonts w:ascii="Times New Roman" w:eastAsia="Times New Roman" w:hAnsi="Times New Roman"/>
          <w:color w:val="000000" w:themeColor="text1"/>
        </w:rPr>
        <w:lastRenderedPageBreak/>
        <w:t>6. Роли внутри школьной команды</w:t>
      </w:r>
    </w:p>
    <w:tbl>
      <w:tblPr>
        <w:tblStyle w:val="aff0"/>
        <w:tblW w:w="0" w:type="auto"/>
        <w:jc w:val="center"/>
        <w:tblLook w:val="04A0" w:firstRow="1" w:lastRow="0" w:firstColumn="1" w:lastColumn="0" w:noHBand="0" w:noVBand="1"/>
      </w:tblPr>
      <w:tblGrid>
        <w:gridCol w:w="2268"/>
        <w:gridCol w:w="6803"/>
      </w:tblGrid>
      <w:tr w:rsidR="005A6A5E" w:rsidRPr="005A6A5E">
        <w:trPr>
          <w:jc w:val="center"/>
          <w:tblHeader/>
          <w:cantSplit/>
        </w:trPr>
        <w:tc>
          <w:tcPr>
            <w:tcW w:w="2268" w:type="dxa"/>
            <w:shd w:val="clear" w:color="auto" w:fill="D9EAF7"/>
            <w:vAlign w:val="center"/>
          </w:tcPr>
          <w:p w:rsidR="00DB4F6C" w:rsidRPr="005A6A5E" w:rsidRDefault="00000000">
            <w:pPr>
              <w:rPr>
                <w:color w:val="000000" w:themeColor="text1"/>
              </w:rPr>
            </w:pPr>
            <w:r w:rsidRPr="005A6A5E">
              <w:rPr>
                <w:b/>
                <w:color w:val="000000" w:themeColor="text1"/>
                <w:sz w:val="20"/>
              </w:rPr>
              <w:t>Роль</w:t>
            </w:r>
          </w:p>
        </w:tc>
        <w:tc>
          <w:tcPr>
            <w:tcW w:w="6803" w:type="dxa"/>
            <w:shd w:val="clear" w:color="auto" w:fill="D9EAF7"/>
            <w:vAlign w:val="center"/>
          </w:tcPr>
          <w:p w:rsidR="00DB4F6C" w:rsidRPr="005A6A5E" w:rsidRDefault="00000000">
            <w:pPr>
              <w:rPr>
                <w:color w:val="000000" w:themeColor="text1"/>
              </w:rPr>
            </w:pPr>
            <w:r w:rsidRPr="005A6A5E">
              <w:rPr>
                <w:b/>
                <w:color w:val="000000" w:themeColor="text1"/>
                <w:sz w:val="20"/>
              </w:rPr>
              <w:t>Основные функции</w:t>
            </w:r>
          </w:p>
        </w:tc>
      </w:tr>
      <w:tr w:rsidR="005A6A5E" w:rsidRPr="005A6A5E">
        <w:trPr>
          <w:jc w:val="center"/>
          <w:cantSplit/>
        </w:trPr>
        <w:tc>
          <w:tcPr>
            <w:tcW w:w="2268" w:type="dxa"/>
          </w:tcPr>
          <w:p w:rsidR="00DB4F6C" w:rsidRPr="005A6A5E" w:rsidRDefault="00000000">
            <w:pPr>
              <w:rPr>
                <w:color w:val="000000" w:themeColor="text1"/>
              </w:rPr>
            </w:pPr>
            <w:proofErr w:type="spellStart"/>
            <w:r w:rsidRPr="005A6A5E">
              <w:rPr>
                <w:color w:val="000000" w:themeColor="text1"/>
                <w:sz w:val="20"/>
              </w:rPr>
              <w:t>Председатель</w:t>
            </w:r>
            <w:proofErr w:type="spellEnd"/>
            <w:r w:rsidRPr="005A6A5E">
              <w:rPr>
                <w:color w:val="000000" w:themeColor="text1"/>
                <w:sz w:val="20"/>
              </w:rPr>
              <w:t xml:space="preserve"> </w:t>
            </w:r>
            <w:proofErr w:type="spellStart"/>
            <w:r w:rsidRPr="005A6A5E">
              <w:rPr>
                <w:color w:val="000000" w:themeColor="text1"/>
                <w:sz w:val="20"/>
              </w:rPr>
              <w:t>школьной</w:t>
            </w:r>
            <w:proofErr w:type="spellEnd"/>
            <w:r w:rsidRPr="005A6A5E">
              <w:rPr>
                <w:color w:val="000000" w:themeColor="text1"/>
                <w:sz w:val="20"/>
              </w:rPr>
              <w:t xml:space="preserve"> </w:t>
            </w:r>
            <w:proofErr w:type="spellStart"/>
            <w:r w:rsidRPr="005A6A5E">
              <w:rPr>
                <w:color w:val="000000" w:themeColor="text1"/>
                <w:sz w:val="20"/>
              </w:rPr>
              <w:t>команды</w:t>
            </w:r>
            <w:proofErr w:type="spellEnd"/>
          </w:p>
        </w:tc>
        <w:tc>
          <w:tcPr>
            <w:tcW w:w="6803" w:type="dxa"/>
          </w:tcPr>
          <w:p w:rsidR="00DB4F6C" w:rsidRPr="005A6A5E" w:rsidRDefault="00000000">
            <w:pPr>
              <w:rPr>
                <w:color w:val="000000" w:themeColor="text1"/>
                <w:lang w:val="ru-RU"/>
              </w:rPr>
            </w:pPr>
            <w:r w:rsidRPr="005A6A5E">
              <w:rPr>
                <w:color w:val="000000" w:themeColor="text1"/>
                <w:sz w:val="20"/>
                <w:lang w:val="ru-RU"/>
              </w:rPr>
              <w:t>Организует работу команды; принимает решение о созыве; определяет повестку; обеспечивает сроки, конфиденциальность и процедуру; подписывает протокол и рекомендации; передаёт их руководителю.</w:t>
            </w:r>
          </w:p>
        </w:tc>
      </w:tr>
      <w:tr w:rsidR="005A6A5E" w:rsidRPr="005A6A5E">
        <w:trPr>
          <w:jc w:val="center"/>
          <w:cantSplit/>
        </w:trPr>
        <w:tc>
          <w:tcPr>
            <w:tcW w:w="2268" w:type="dxa"/>
          </w:tcPr>
          <w:p w:rsidR="00DB4F6C" w:rsidRPr="005A6A5E" w:rsidRDefault="00000000">
            <w:pPr>
              <w:rPr>
                <w:color w:val="000000" w:themeColor="text1"/>
              </w:rPr>
            </w:pPr>
            <w:proofErr w:type="spellStart"/>
            <w:r w:rsidRPr="005A6A5E">
              <w:rPr>
                <w:color w:val="000000" w:themeColor="text1"/>
                <w:sz w:val="20"/>
              </w:rPr>
              <w:t>Секретарь</w:t>
            </w:r>
            <w:proofErr w:type="spellEnd"/>
          </w:p>
        </w:tc>
        <w:tc>
          <w:tcPr>
            <w:tcW w:w="6803" w:type="dxa"/>
          </w:tcPr>
          <w:p w:rsidR="00DB4F6C" w:rsidRPr="005A6A5E" w:rsidRDefault="00000000">
            <w:pPr>
              <w:rPr>
                <w:color w:val="000000" w:themeColor="text1"/>
                <w:lang w:val="ru-RU"/>
              </w:rPr>
            </w:pPr>
            <w:r w:rsidRPr="005A6A5E">
              <w:rPr>
                <w:color w:val="000000" w:themeColor="text1"/>
                <w:sz w:val="20"/>
                <w:lang w:val="ru-RU"/>
              </w:rPr>
              <w:t>Готовит материалы заседания; ведёт протокол; оформляет рекомендации; обеспечивает регистрацию и передачу документов на хранение.</w:t>
            </w:r>
          </w:p>
        </w:tc>
      </w:tr>
      <w:tr w:rsidR="005A6A5E" w:rsidRPr="005A6A5E">
        <w:trPr>
          <w:jc w:val="center"/>
          <w:cantSplit/>
        </w:trPr>
        <w:tc>
          <w:tcPr>
            <w:tcW w:w="2268" w:type="dxa"/>
          </w:tcPr>
          <w:p w:rsidR="00DB4F6C" w:rsidRPr="005A6A5E" w:rsidRDefault="00000000">
            <w:pPr>
              <w:rPr>
                <w:color w:val="000000" w:themeColor="text1"/>
              </w:rPr>
            </w:pPr>
            <w:proofErr w:type="spellStart"/>
            <w:r w:rsidRPr="005A6A5E">
              <w:rPr>
                <w:color w:val="000000" w:themeColor="text1"/>
                <w:sz w:val="20"/>
              </w:rPr>
              <w:t>Координатор</w:t>
            </w:r>
            <w:proofErr w:type="spellEnd"/>
            <w:r w:rsidRPr="005A6A5E">
              <w:rPr>
                <w:color w:val="000000" w:themeColor="text1"/>
                <w:sz w:val="20"/>
              </w:rPr>
              <w:t xml:space="preserve"> </w:t>
            </w:r>
            <w:proofErr w:type="spellStart"/>
            <w:r w:rsidRPr="005A6A5E">
              <w:rPr>
                <w:color w:val="000000" w:themeColor="text1"/>
                <w:sz w:val="20"/>
              </w:rPr>
              <w:t>случая</w:t>
            </w:r>
            <w:proofErr w:type="spellEnd"/>
          </w:p>
        </w:tc>
        <w:tc>
          <w:tcPr>
            <w:tcW w:w="6803" w:type="dxa"/>
          </w:tcPr>
          <w:p w:rsidR="00DB4F6C" w:rsidRPr="005A6A5E" w:rsidRDefault="00000000">
            <w:pPr>
              <w:rPr>
                <w:color w:val="000000" w:themeColor="text1"/>
                <w:lang w:val="ru-RU"/>
              </w:rPr>
            </w:pPr>
            <w:r w:rsidRPr="005A6A5E">
              <w:rPr>
                <w:color w:val="000000" w:themeColor="text1"/>
                <w:sz w:val="20"/>
                <w:lang w:val="ru-RU"/>
              </w:rPr>
              <w:t>Организует сбор минимально необходимых сведений; отслеживает выполнение мер; взаимодействует с классным руководителем, педагогом-психологом, родителями и внешними организациями в пределах поручения.</w:t>
            </w:r>
          </w:p>
        </w:tc>
      </w:tr>
      <w:tr w:rsidR="005A6A5E" w:rsidRPr="005A6A5E">
        <w:trPr>
          <w:jc w:val="center"/>
          <w:cantSplit/>
        </w:trPr>
        <w:tc>
          <w:tcPr>
            <w:tcW w:w="2268" w:type="dxa"/>
          </w:tcPr>
          <w:p w:rsidR="00DB4F6C" w:rsidRPr="005A6A5E" w:rsidRDefault="00000000">
            <w:pPr>
              <w:rPr>
                <w:color w:val="000000" w:themeColor="text1"/>
              </w:rPr>
            </w:pPr>
            <w:proofErr w:type="spellStart"/>
            <w:r w:rsidRPr="005A6A5E">
              <w:rPr>
                <w:color w:val="000000" w:themeColor="text1"/>
                <w:sz w:val="20"/>
              </w:rPr>
              <w:t>Педагог-психолог</w:t>
            </w:r>
            <w:proofErr w:type="spellEnd"/>
          </w:p>
        </w:tc>
        <w:tc>
          <w:tcPr>
            <w:tcW w:w="6803" w:type="dxa"/>
          </w:tcPr>
          <w:p w:rsidR="00DB4F6C" w:rsidRPr="005A6A5E" w:rsidRDefault="00000000">
            <w:pPr>
              <w:rPr>
                <w:color w:val="000000" w:themeColor="text1"/>
                <w:lang w:val="ru-RU"/>
              </w:rPr>
            </w:pPr>
            <w:r w:rsidRPr="005A6A5E">
              <w:rPr>
                <w:color w:val="000000" w:themeColor="text1"/>
                <w:sz w:val="20"/>
                <w:lang w:val="ru-RU"/>
              </w:rPr>
              <w:t>Анализирует законно полученные сведения в пределах профессиональной компетенции и предлагает меры поддержки. Психологическая диагностика и иная помощь несовершеннолетнему обучающемуся проводятся на основании письменного заявления или согласия его родителя (законного представителя); совершеннолетнему обучающемуся — на основании его личного письменного заявления или согласия.</w:t>
            </w:r>
          </w:p>
        </w:tc>
      </w:tr>
      <w:tr w:rsidR="005A6A5E" w:rsidRPr="005A6A5E">
        <w:trPr>
          <w:jc w:val="center"/>
          <w:cantSplit/>
        </w:trPr>
        <w:tc>
          <w:tcPr>
            <w:tcW w:w="2268" w:type="dxa"/>
          </w:tcPr>
          <w:p w:rsidR="00DB4F6C" w:rsidRPr="005A6A5E" w:rsidRDefault="00000000">
            <w:pPr>
              <w:rPr>
                <w:color w:val="000000" w:themeColor="text1"/>
              </w:rPr>
            </w:pPr>
            <w:proofErr w:type="spellStart"/>
            <w:r w:rsidRPr="005A6A5E">
              <w:rPr>
                <w:color w:val="000000" w:themeColor="text1"/>
                <w:sz w:val="20"/>
              </w:rPr>
              <w:t>Социальный</w:t>
            </w:r>
            <w:proofErr w:type="spellEnd"/>
            <w:r w:rsidRPr="005A6A5E">
              <w:rPr>
                <w:color w:val="000000" w:themeColor="text1"/>
                <w:sz w:val="20"/>
              </w:rPr>
              <w:t xml:space="preserve"> </w:t>
            </w:r>
            <w:proofErr w:type="spellStart"/>
            <w:r w:rsidRPr="005A6A5E">
              <w:rPr>
                <w:color w:val="000000" w:themeColor="text1"/>
                <w:sz w:val="20"/>
              </w:rPr>
              <w:t>педагог</w:t>
            </w:r>
            <w:proofErr w:type="spellEnd"/>
          </w:p>
        </w:tc>
        <w:tc>
          <w:tcPr>
            <w:tcW w:w="6803" w:type="dxa"/>
          </w:tcPr>
          <w:p w:rsidR="00DB4F6C" w:rsidRPr="005A6A5E" w:rsidRDefault="00000000">
            <w:pPr>
              <w:rPr>
                <w:color w:val="000000" w:themeColor="text1"/>
                <w:lang w:val="ru-RU"/>
              </w:rPr>
            </w:pPr>
            <w:r w:rsidRPr="005A6A5E">
              <w:rPr>
                <w:color w:val="000000" w:themeColor="text1"/>
                <w:sz w:val="20"/>
                <w:lang w:val="ru-RU"/>
              </w:rPr>
              <w:t>Оценивает социальные обстоятельства, взаимодействие с семьей, риски неблагополучия, необходимость подключения субъектов системы профилактики.</w:t>
            </w:r>
          </w:p>
        </w:tc>
      </w:tr>
      <w:tr w:rsidR="005A6A5E" w:rsidRPr="005A6A5E">
        <w:trPr>
          <w:jc w:val="center"/>
          <w:cantSplit/>
        </w:trPr>
        <w:tc>
          <w:tcPr>
            <w:tcW w:w="2268" w:type="dxa"/>
          </w:tcPr>
          <w:p w:rsidR="00DB4F6C" w:rsidRPr="005A6A5E" w:rsidRDefault="00000000">
            <w:pPr>
              <w:rPr>
                <w:color w:val="000000" w:themeColor="text1"/>
              </w:rPr>
            </w:pPr>
            <w:proofErr w:type="spellStart"/>
            <w:r w:rsidRPr="005A6A5E">
              <w:rPr>
                <w:color w:val="000000" w:themeColor="text1"/>
                <w:sz w:val="20"/>
              </w:rPr>
              <w:t>Классный</w:t>
            </w:r>
            <w:proofErr w:type="spellEnd"/>
            <w:r w:rsidRPr="005A6A5E">
              <w:rPr>
                <w:color w:val="000000" w:themeColor="text1"/>
                <w:sz w:val="20"/>
              </w:rPr>
              <w:t xml:space="preserve"> </w:t>
            </w:r>
            <w:proofErr w:type="spellStart"/>
            <w:r w:rsidRPr="005A6A5E">
              <w:rPr>
                <w:color w:val="000000" w:themeColor="text1"/>
                <w:sz w:val="20"/>
              </w:rPr>
              <w:t>руководитель</w:t>
            </w:r>
            <w:proofErr w:type="spellEnd"/>
          </w:p>
        </w:tc>
        <w:tc>
          <w:tcPr>
            <w:tcW w:w="6803" w:type="dxa"/>
          </w:tcPr>
          <w:p w:rsidR="00DB4F6C" w:rsidRPr="005A6A5E" w:rsidRDefault="00000000">
            <w:pPr>
              <w:rPr>
                <w:color w:val="000000" w:themeColor="text1"/>
                <w:lang w:val="ru-RU"/>
              </w:rPr>
            </w:pPr>
            <w:r w:rsidRPr="005A6A5E">
              <w:rPr>
                <w:color w:val="000000" w:themeColor="text1"/>
                <w:sz w:val="20"/>
                <w:lang w:val="ru-RU"/>
              </w:rPr>
              <w:t>Предоставляет информацию о динамике класса, взаимоотношениях, наблюдениях, контактах с родителями; участвует в реализации педагогических мер.</w:t>
            </w:r>
          </w:p>
        </w:tc>
      </w:tr>
      <w:tr w:rsidR="005A6A5E" w:rsidRPr="005A6A5E">
        <w:trPr>
          <w:jc w:val="center"/>
          <w:cantSplit/>
        </w:trPr>
        <w:tc>
          <w:tcPr>
            <w:tcW w:w="2268" w:type="dxa"/>
          </w:tcPr>
          <w:p w:rsidR="00DB4F6C" w:rsidRPr="005A6A5E" w:rsidRDefault="00000000">
            <w:pPr>
              <w:rPr>
                <w:color w:val="000000" w:themeColor="text1"/>
              </w:rPr>
            </w:pPr>
            <w:proofErr w:type="spellStart"/>
            <w:r w:rsidRPr="005A6A5E">
              <w:rPr>
                <w:color w:val="000000" w:themeColor="text1"/>
                <w:sz w:val="20"/>
              </w:rPr>
              <w:t>Представитель</w:t>
            </w:r>
            <w:proofErr w:type="spellEnd"/>
            <w:r w:rsidRPr="005A6A5E">
              <w:rPr>
                <w:color w:val="000000" w:themeColor="text1"/>
                <w:sz w:val="20"/>
              </w:rPr>
              <w:t xml:space="preserve"> </w:t>
            </w:r>
            <w:proofErr w:type="spellStart"/>
            <w:r w:rsidRPr="005A6A5E">
              <w:rPr>
                <w:color w:val="000000" w:themeColor="text1"/>
                <w:sz w:val="20"/>
              </w:rPr>
              <w:t>администрации</w:t>
            </w:r>
            <w:proofErr w:type="spellEnd"/>
          </w:p>
        </w:tc>
        <w:tc>
          <w:tcPr>
            <w:tcW w:w="6803" w:type="dxa"/>
          </w:tcPr>
          <w:p w:rsidR="00DB4F6C" w:rsidRPr="005A6A5E" w:rsidRDefault="00000000">
            <w:pPr>
              <w:rPr>
                <w:color w:val="000000" w:themeColor="text1"/>
                <w:lang w:val="ru-RU"/>
              </w:rPr>
            </w:pPr>
            <w:r w:rsidRPr="005A6A5E">
              <w:rPr>
                <w:color w:val="000000" w:themeColor="text1"/>
                <w:sz w:val="20"/>
                <w:lang w:val="ru-RU"/>
              </w:rPr>
              <w:t>Обеспечивает управленческие решения, изменение организационных условий, взаимодействие с работниками и контроль исполнения.</w:t>
            </w:r>
          </w:p>
        </w:tc>
      </w:tr>
    </w:tbl>
    <w:p w:rsidR="00DB4F6C" w:rsidRPr="005A6A5E" w:rsidRDefault="00DB4F6C">
      <w:pPr>
        <w:rPr>
          <w:color w:val="000000" w:themeColor="text1"/>
          <w:lang w:val="ru-RU"/>
        </w:rPr>
      </w:pPr>
    </w:p>
    <w:p w:rsidR="00DB4F6C" w:rsidRPr="005A6A5E" w:rsidRDefault="00000000">
      <w:pPr>
        <w:spacing w:after="120"/>
        <w:ind w:firstLine="425"/>
        <w:rPr>
          <w:color w:val="000000" w:themeColor="text1"/>
          <w:lang w:val="ru-RU"/>
        </w:rPr>
      </w:pPr>
      <w:r w:rsidRPr="005A6A5E">
        <w:rPr>
          <w:color w:val="000000" w:themeColor="text1"/>
          <w:lang w:val="ru-RU"/>
        </w:rPr>
        <w:t>6.2. Один работник может совмещать несколько функций, если это не создает конфликта интересов и не снижает качество рассмотрения ситуации. При высокой нагрузке или сложной ситуации руководитель образовательной организации вправе назначить отдельного координатора случая.</w:t>
      </w: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7. Основания для рассмотрения ситуации школьной командой</w:t>
      </w:r>
    </w:p>
    <w:p w:rsidR="00DB4F6C" w:rsidRPr="005A6A5E" w:rsidRDefault="00000000">
      <w:pPr>
        <w:spacing w:after="120"/>
        <w:ind w:firstLine="425"/>
        <w:rPr>
          <w:color w:val="000000" w:themeColor="text1"/>
          <w:lang w:val="ru-RU"/>
        </w:rPr>
      </w:pPr>
      <w:r w:rsidRPr="005A6A5E">
        <w:rPr>
          <w:color w:val="000000" w:themeColor="text1"/>
          <w:lang w:val="ru-RU"/>
        </w:rPr>
        <w:t>7.1. Школьная команда рассматривает ситуацию при наличии одного или нескольких оснований:</w:t>
      </w:r>
    </w:p>
    <w:p w:rsidR="00DB4F6C" w:rsidRPr="005A6A5E" w:rsidRDefault="00000000">
      <w:pPr>
        <w:pStyle w:val="a0"/>
        <w:rPr>
          <w:color w:val="000000" w:themeColor="text1"/>
          <w:lang w:val="ru-RU"/>
        </w:rPr>
      </w:pPr>
      <w:r w:rsidRPr="005A6A5E">
        <w:rPr>
          <w:color w:val="000000" w:themeColor="text1"/>
          <w:lang w:val="ru-RU"/>
        </w:rPr>
        <w:t>сообщение обучающегося, родителя, работника или иного лица о возможном психологическом насилии;</w:t>
      </w:r>
    </w:p>
    <w:p w:rsidR="00DB4F6C" w:rsidRPr="005A6A5E" w:rsidRDefault="00000000">
      <w:pPr>
        <w:pStyle w:val="a0"/>
        <w:rPr>
          <w:color w:val="000000" w:themeColor="text1"/>
          <w:lang w:val="ru-RU"/>
        </w:rPr>
      </w:pPr>
      <w:r w:rsidRPr="005A6A5E">
        <w:rPr>
          <w:color w:val="000000" w:themeColor="text1"/>
          <w:lang w:val="ru-RU"/>
        </w:rPr>
        <w:t>повторяющиеся обращения, жалобы, наблюдения классного руководителя или педагога-психолога;</w:t>
      </w:r>
    </w:p>
    <w:p w:rsidR="00DB4F6C" w:rsidRPr="005A6A5E" w:rsidRDefault="00000000">
      <w:pPr>
        <w:pStyle w:val="a0"/>
        <w:rPr>
          <w:color w:val="000000" w:themeColor="text1"/>
          <w:lang w:val="ru-RU"/>
        </w:rPr>
      </w:pPr>
      <w:r w:rsidRPr="005A6A5E">
        <w:rPr>
          <w:color w:val="000000" w:themeColor="text1"/>
          <w:lang w:val="ru-RU"/>
        </w:rPr>
        <w:t>признаки систематического унижения, исключения, преследования, запугивания или давления;</w:t>
      </w:r>
    </w:p>
    <w:p w:rsidR="00DB4F6C" w:rsidRPr="005A6A5E" w:rsidRDefault="00000000">
      <w:pPr>
        <w:pStyle w:val="a0"/>
        <w:rPr>
          <w:color w:val="000000" w:themeColor="text1"/>
          <w:lang w:val="ru-RU"/>
        </w:rPr>
      </w:pPr>
      <w:r w:rsidRPr="005A6A5E">
        <w:rPr>
          <w:color w:val="000000" w:themeColor="text1"/>
          <w:lang w:val="ru-RU"/>
        </w:rPr>
        <w:t>ситуация в цифровой среде, связанная с распространением унижающих материалов, угрозами, фейковыми аккаунтами, публикацией персональных данных или иными рисками;</w:t>
      </w:r>
    </w:p>
    <w:p w:rsidR="00DB4F6C" w:rsidRPr="005A6A5E" w:rsidRDefault="00000000">
      <w:pPr>
        <w:pStyle w:val="a0"/>
        <w:rPr>
          <w:color w:val="000000" w:themeColor="text1"/>
          <w:lang w:val="ru-RU"/>
        </w:rPr>
      </w:pPr>
      <w:r w:rsidRPr="005A6A5E">
        <w:rPr>
          <w:color w:val="000000" w:themeColor="text1"/>
          <w:lang w:val="ru-RU"/>
        </w:rPr>
        <w:t>наличие разногласий между родителями, работниками или участниками ситуации, препятствующих обычному педагогическому урегулированию;</w:t>
      </w:r>
    </w:p>
    <w:p w:rsidR="00DB4F6C" w:rsidRPr="005A6A5E" w:rsidRDefault="00000000">
      <w:pPr>
        <w:pStyle w:val="a0"/>
        <w:rPr>
          <w:color w:val="000000" w:themeColor="text1"/>
          <w:lang w:val="ru-RU"/>
        </w:rPr>
      </w:pPr>
      <w:r w:rsidRPr="005A6A5E">
        <w:rPr>
          <w:color w:val="000000" w:themeColor="text1"/>
          <w:lang w:val="ru-RU"/>
        </w:rPr>
        <w:t>необходимость межведомственного маршрута или консультации внешних специалистов;</w:t>
      </w:r>
    </w:p>
    <w:p w:rsidR="00DB4F6C" w:rsidRPr="005A6A5E" w:rsidRDefault="00000000">
      <w:pPr>
        <w:pStyle w:val="a0"/>
        <w:rPr>
          <w:color w:val="000000" w:themeColor="text1"/>
          <w:lang w:val="ru-RU"/>
        </w:rPr>
      </w:pPr>
      <w:r w:rsidRPr="005A6A5E">
        <w:rPr>
          <w:color w:val="000000" w:themeColor="text1"/>
          <w:lang w:val="ru-RU"/>
        </w:rPr>
        <w:t>отказ родителя (законного представителя) несовершеннолетнего обучающегося либо совершеннолетнего обучающегося от предложенной помощи при сохраняющемся риске для обучающегося;</w:t>
      </w:r>
    </w:p>
    <w:p w:rsidR="00DB4F6C" w:rsidRPr="005A6A5E" w:rsidRDefault="00000000">
      <w:pPr>
        <w:pStyle w:val="a0"/>
        <w:rPr>
          <w:color w:val="000000" w:themeColor="text1"/>
          <w:lang w:val="ru-RU"/>
        </w:rPr>
      </w:pPr>
      <w:r w:rsidRPr="005A6A5E">
        <w:rPr>
          <w:color w:val="000000" w:themeColor="text1"/>
          <w:lang w:val="ru-RU"/>
        </w:rPr>
        <w:t>сообщение о возможных небезопасных действиях работника образовательной организации;</w:t>
      </w:r>
    </w:p>
    <w:p w:rsidR="00DB4F6C" w:rsidRPr="005A6A5E" w:rsidRDefault="00000000">
      <w:pPr>
        <w:pStyle w:val="a0"/>
        <w:rPr>
          <w:color w:val="000000" w:themeColor="text1"/>
          <w:lang w:val="ru-RU"/>
        </w:rPr>
      </w:pPr>
      <w:r w:rsidRPr="005A6A5E">
        <w:rPr>
          <w:color w:val="000000" w:themeColor="text1"/>
          <w:lang w:val="ru-RU"/>
        </w:rPr>
        <w:t>необходимость анализа динамики класса и разработки групповых профилактических мер.</w:t>
      </w:r>
    </w:p>
    <w:p w:rsidR="00DB4F6C" w:rsidRPr="005A6A5E" w:rsidRDefault="00000000">
      <w:pPr>
        <w:spacing w:after="120"/>
        <w:ind w:firstLine="425"/>
        <w:rPr>
          <w:color w:val="000000" w:themeColor="text1"/>
          <w:lang w:val="ru-RU"/>
        </w:rPr>
      </w:pPr>
      <w:r w:rsidRPr="005A6A5E">
        <w:rPr>
          <w:color w:val="000000" w:themeColor="text1"/>
          <w:lang w:val="ru-RU"/>
        </w:rPr>
        <w:t>7.2. Школьная команда не обязана рассматривать каждый единичный бытовой конфликт, если он может быть урегулирован классным руководителем или иным работником в рамках обычной педагогической работы и не содержит признаков психологического насилия или высокого риска. При этом любое сообщение о повторяющемся унижении, угрозах, преследовании или систематическом исключении подлежит фиксации и первичной оценке.</w:t>
      </w:r>
    </w:p>
    <w:p w:rsidR="00DB4F6C" w:rsidRPr="005A6A5E" w:rsidRDefault="00000000">
      <w:pPr>
        <w:pStyle w:val="1"/>
        <w:rPr>
          <w:color w:val="000000" w:themeColor="text1"/>
        </w:rPr>
      </w:pPr>
      <w:r w:rsidRPr="005A6A5E">
        <w:rPr>
          <w:rFonts w:ascii="Times New Roman" w:eastAsia="Times New Roman" w:hAnsi="Times New Roman"/>
          <w:color w:val="000000" w:themeColor="text1"/>
        </w:rPr>
        <w:lastRenderedPageBreak/>
        <w:t>8. Сроки созыва и реагирования</w:t>
      </w:r>
    </w:p>
    <w:tbl>
      <w:tblPr>
        <w:tblStyle w:val="aff0"/>
        <w:tblW w:w="0" w:type="auto"/>
        <w:jc w:val="center"/>
        <w:tblLook w:val="04A0" w:firstRow="1" w:lastRow="0" w:firstColumn="1" w:lastColumn="0" w:noHBand="0" w:noVBand="1"/>
      </w:tblPr>
      <w:tblGrid>
        <w:gridCol w:w="3969"/>
        <w:gridCol w:w="5102"/>
      </w:tblGrid>
      <w:tr w:rsidR="005A6A5E" w:rsidRPr="005A6A5E">
        <w:trPr>
          <w:jc w:val="center"/>
          <w:tblHeader/>
          <w:cantSplit/>
        </w:trPr>
        <w:tc>
          <w:tcPr>
            <w:tcW w:w="3969" w:type="dxa"/>
            <w:shd w:val="clear" w:color="auto" w:fill="D9EAF7"/>
            <w:vAlign w:val="center"/>
          </w:tcPr>
          <w:p w:rsidR="00DB4F6C" w:rsidRPr="005A6A5E" w:rsidRDefault="00000000">
            <w:pPr>
              <w:rPr>
                <w:color w:val="000000" w:themeColor="text1"/>
              </w:rPr>
            </w:pPr>
            <w:r w:rsidRPr="005A6A5E">
              <w:rPr>
                <w:b/>
                <w:color w:val="000000" w:themeColor="text1"/>
                <w:sz w:val="20"/>
              </w:rPr>
              <w:t>Ситуация</w:t>
            </w:r>
          </w:p>
        </w:tc>
        <w:tc>
          <w:tcPr>
            <w:tcW w:w="5102" w:type="dxa"/>
            <w:shd w:val="clear" w:color="auto" w:fill="D9EAF7"/>
            <w:vAlign w:val="center"/>
          </w:tcPr>
          <w:p w:rsidR="00DB4F6C" w:rsidRPr="005A6A5E" w:rsidRDefault="00000000">
            <w:pPr>
              <w:rPr>
                <w:color w:val="000000" w:themeColor="text1"/>
              </w:rPr>
            </w:pPr>
            <w:r w:rsidRPr="005A6A5E">
              <w:rPr>
                <w:b/>
                <w:color w:val="000000" w:themeColor="text1"/>
                <w:sz w:val="20"/>
              </w:rPr>
              <w:t>Срок и порядок действий</w:t>
            </w:r>
          </w:p>
        </w:tc>
      </w:tr>
      <w:tr w:rsidR="005A6A5E" w:rsidRPr="005A6A5E">
        <w:trPr>
          <w:jc w:val="center"/>
          <w:cantSplit/>
        </w:trPr>
        <w:tc>
          <w:tcPr>
            <w:tcW w:w="3969" w:type="dxa"/>
          </w:tcPr>
          <w:p w:rsidR="00DB4F6C" w:rsidRPr="005A6A5E" w:rsidRDefault="00000000">
            <w:pPr>
              <w:rPr>
                <w:color w:val="000000" w:themeColor="text1"/>
                <w:lang w:val="ru-RU"/>
              </w:rPr>
            </w:pPr>
            <w:r w:rsidRPr="005A6A5E">
              <w:rPr>
                <w:color w:val="000000" w:themeColor="text1"/>
                <w:sz w:val="20"/>
                <w:lang w:val="ru-RU"/>
              </w:rPr>
              <w:t>Угроза жизни или здоровью, самоповреждение, суицидальные высказывания, физическое насилие, вымогательство, сексуализированные материалы, угрозы, преследование</w:t>
            </w:r>
          </w:p>
        </w:tc>
        <w:tc>
          <w:tcPr>
            <w:tcW w:w="5102" w:type="dxa"/>
          </w:tcPr>
          <w:p w:rsidR="00DB4F6C" w:rsidRPr="005A6A5E" w:rsidRDefault="00000000">
            <w:pPr>
              <w:rPr>
                <w:color w:val="000000" w:themeColor="text1"/>
                <w:lang w:val="ru-RU"/>
              </w:rPr>
            </w:pPr>
            <w:r w:rsidRPr="005A6A5E">
              <w:rPr>
                <w:color w:val="000000" w:themeColor="text1"/>
                <w:sz w:val="20"/>
                <w:lang w:val="ru-RU"/>
              </w:rPr>
              <w:t>Меры безопасности принимаются незамедлительно; при непосредственной угрозе вызывается 112. Руководитель информируется сразу и обеспечивает обязательное уведомление по отдельному Порядку при конкретном правовом основании. Команда собирается после первичных действий.</w:t>
            </w:r>
          </w:p>
        </w:tc>
      </w:tr>
      <w:tr w:rsidR="005A6A5E" w:rsidRPr="005A6A5E">
        <w:trPr>
          <w:jc w:val="center"/>
          <w:cantSplit/>
        </w:trPr>
        <w:tc>
          <w:tcPr>
            <w:tcW w:w="3969" w:type="dxa"/>
          </w:tcPr>
          <w:p w:rsidR="00DB4F6C" w:rsidRPr="005A6A5E" w:rsidRDefault="00000000">
            <w:pPr>
              <w:rPr>
                <w:color w:val="000000" w:themeColor="text1"/>
                <w:lang w:val="ru-RU"/>
              </w:rPr>
            </w:pPr>
            <w:r w:rsidRPr="005A6A5E">
              <w:rPr>
                <w:color w:val="000000" w:themeColor="text1"/>
                <w:sz w:val="20"/>
                <w:lang w:val="ru-RU"/>
              </w:rPr>
              <w:t>Сообщение о возможном психологическом насилии без признаков непосредственной угрозы</w:t>
            </w:r>
          </w:p>
        </w:tc>
        <w:tc>
          <w:tcPr>
            <w:tcW w:w="5102" w:type="dxa"/>
          </w:tcPr>
          <w:p w:rsidR="00DB4F6C" w:rsidRPr="005A6A5E" w:rsidRDefault="00000000">
            <w:pPr>
              <w:rPr>
                <w:color w:val="000000" w:themeColor="text1"/>
                <w:lang w:val="ru-RU"/>
              </w:rPr>
            </w:pPr>
            <w:r w:rsidRPr="005A6A5E">
              <w:rPr>
                <w:color w:val="000000" w:themeColor="text1"/>
                <w:sz w:val="20"/>
                <w:lang w:val="ru-RU"/>
              </w:rPr>
              <w:t>Первичная оценка проводится в течение 1 рабочего дня. Заседание школьной команды проводится не позднее 3 рабочих дней с момента фиксации сообщения, если требуется совместное обсуждение рекомендаций.</w:t>
            </w:r>
          </w:p>
        </w:tc>
      </w:tr>
      <w:tr w:rsidR="005A6A5E" w:rsidRPr="005A6A5E">
        <w:trPr>
          <w:jc w:val="center"/>
          <w:cantSplit/>
        </w:trPr>
        <w:tc>
          <w:tcPr>
            <w:tcW w:w="3969" w:type="dxa"/>
          </w:tcPr>
          <w:p w:rsidR="00DB4F6C" w:rsidRPr="005A6A5E" w:rsidRDefault="00000000">
            <w:pPr>
              <w:rPr>
                <w:color w:val="000000" w:themeColor="text1"/>
                <w:lang w:val="ru-RU"/>
              </w:rPr>
            </w:pPr>
            <w:r w:rsidRPr="005A6A5E">
              <w:rPr>
                <w:color w:val="000000" w:themeColor="text1"/>
                <w:sz w:val="20"/>
                <w:lang w:val="ru-RU"/>
              </w:rPr>
              <w:t>Сложная ситуация, требующая сбора дополнительных сведений</w:t>
            </w:r>
          </w:p>
        </w:tc>
        <w:tc>
          <w:tcPr>
            <w:tcW w:w="5102" w:type="dxa"/>
          </w:tcPr>
          <w:p w:rsidR="00DB4F6C" w:rsidRPr="005A6A5E" w:rsidRDefault="00000000">
            <w:pPr>
              <w:rPr>
                <w:color w:val="000000" w:themeColor="text1"/>
                <w:lang w:val="ru-RU"/>
              </w:rPr>
            </w:pPr>
            <w:r w:rsidRPr="005A6A5E">
              <w:rPr>
                <w:color w:val="000000" w:themeColor="text1"/>
                <w:sz w:val="20"/>
                <w:lang w:val="ru-RU"/>
              </w:rPr>
              <w:t>Предварительные меры безопасности принимаются сразу. Заседание проводится не позднее 5 рабочих дней, если отсутствие срочности подтверждено первичной оценкой риска.</w:t>
            </w:r>
          </w:p>
        </w:tc>
      </w:tr>
      <w:tr w:rsidR="005A6A5E" w:rsidRPr="005A6A5E">
        <w:trPr>
          <w:jc w:val="center"/>
          <w:cantSplit/>
        </w:trPr>
        <w:tc>
          <w:tcPr>
            <w:tcW w:w="3969" w:type="dxa"/>
          </w:tcPr>
          <w:p w:rsidR="00DB4F6C" w:rsidRPr="005A6A5E" w:rsidRDefault="00000000">
            <w:pPr>
              <w:rPr>
                <w:color w:val="000000" w:themeColor="text1"/>
                <w:lang w:val="ru-RU"/>
              </w:rPr>
            </w:pPr>
            <w:r w:rsidRPr="005A6A5E">
              <w:rPr>
                <w:color w:val="000000" w:themeColor="text1"/>
                <w:sz w:val="20"/>
                <w:lang w:val="ru-RU"/>
              </w:rPr>
              <w:t>Профилактический анализ класса, повторяющиеся признаки неблагополучной динамики</w:t>
            </w:r>
          </w:p>
        </w:tc>
        <w:tc>
          <w:tcPr>
            <w:tcW w:w="5102" w:type="dxa"/>
          </w:tcPr>
          <w:p w:rsidR="00DB4F6C" w:rsidRPr="005A6A5E" w:rsidRDefault="00000000">
            <w:pPr>
              <w:rPr>
                <w:color w:val="000000" w:themeColor="text1"/>
                <w:lang w:val="ru-RU"/>
              </w:rPr>
            </w:pPr>
            <w:r w:rsidRPr="005A6A5E">
              <w:rPr>
                <w:color w:val="000000" w:themeColor="text1"/>
                <w:sz w:val="20"/>
                <w:lang w:val="ru-RU"/>
              </w:rPr>
              <w:t>Рассматривается на плановом или внеплановом заседании команды в срок, определенный председателем, но без затягивания мер поддержки.</w:t>
            </w:r>
          </w:p>
        </w:tc>
      </w:tr>
      <w:tr w:rsidR="005A6A5E" w:rsidRPr="005A6A5E">
        <w:trPr>
          <w:jc w:val="center"/>
          <w:cantSplit/>
        </w:trPr>
        <w:tc>
          <w:tcPr>
            <w:tcW w:w="3969" w:type="dxa"/>
          </w:tcPr>
          <w:p w:rsidR="00DB4F6C" w:rsidRPr="005A6A5E" w:rsidRDefault="00000000">
            <w:pPr>
              <w:rPr>
                <w:color w:val="000000" w:themeColor="text1"/>
              </w:rPr>
            </w:pPr>
            <w:proofErr w:type="spellStart"/>
            <w:r w:rsidRPr="005A6A5E">
              <w:rPr>
                <w:color w:val="000000" w:themeColor="text1"/>
                <w:sz w:val="20"/>
              </w:rPr>
              <w:t>Контроль исполнения утверждённых мер</w:t>
            </w:r>
            <w:proofErr w:type="spellEnd"/>
            <w:proofErr w:type="spellStart"/>
            <w:proofErr w:type="spellEnd"/>
            <w:proofErr w:type="spellStart"/>
            <w:proofErr w:type="spellEnd"/>
          </w:p>
        </w:tc>
        <w:tc>
          <w:tcPr>
            <w:tcW w:w="5102" w:type="dxa"/>
          </w:tcPr>
          <w:p w:rsidR="00DB4F6C" w:rsidRPr="005A6A5E" w:rsidRDefault="00000000">
            <w:pPr>
              <w:rPr>
                <w:color w:val="000000" w:themeColor="text1"/>
                <w:lang w:val="ru-RU"/>
              </w:rPr>
            </w:pPr>
            <w:r w:rsidRPr="005A6A5E">
              <w:rPr>
                <w:color w:val="000000" w:themeColor="text1"/>
                <w:sz w:val="20"/>
                <w:lang w:val="ru-RU"/>
              </w:rPr>
              <w:t>Контрольная дата устанавливается письменным решением руководителя с учётом предложения команды. Первый контроль рекомендуется назначать не позднее 10 рабочих дней, если риск не требует более частого наблюдения.</w:t>
            </w:r>
          </w:p>
        </w:tc>
      </w:tr>
    </w:tbl>
    <w:p w:rsidR="00DB4F6C" w:rsidRPr="005A6A5E" w:rsidRDefault="00DB4F6C">
      <w:pPr>
        <w:rPr>
          <w:color w:val="000000" w:themeColor="text1"/>
          <w:lang w:val="ru-RU"/>
        </w:rPr>
      </w:pPr>
    </w:p>
    <w:p w:rsidR="00DB4F6C" w:rsidRPr="005A6A5E" w:rsidRDefault="00000000">
      <w:pPr>
        <w:spacing w:after="120"/>
        <w:ind w:firstLine="425"/>
        <w:rPr>
          <w:color w:val="000000" w:themeColor="text1"/>
          <w:lang w:val="ru-RU"/>
        </w:rPr>
      </w:pPr>
      <w:r w:rsidRPr="005A6A5E">
        <w:rPr>
          <w:color w:val="000000" w:themeColor="text1"/>
          <w:lang w:val="ru-RU"/>
        </w:rPr>
        <w:t>8.2. Несоблюдение срока созыва школьной команды не может быть основанием для бездействия. Если ситуация требует немедленной защиты ребенка, первичные меры принимает работник, обнаруживший ситуацию, координатор, администрация или руководитель образовательной организации в пределах своей компетенции.</w:t>
      </w: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9. Подготовка материалов к заседанию</w:t>
      </w:r>
    </w:p>
    <w:p w:rsidR="00DB4F6C" w:rsidRPr="005A6A5E" w:rsidRDefault="00000000">
      <w:pPr>
        <w:spacing w:after="120"/>
        <w:ind w:firstLine="425"/>
        <w:rPr>
          <w:color w:val="000000" w:themeColor="text1"/>
          <w:lang w:val="ru-RU"/>
        </w:rPr>
      </w:pPr>
      <w:r w:rsidRPr="005A6A5E">
        <w:rPr>
          <w:color w:val="000000" w:themeColor="text1"/>
          <w:lang w:val="ru-RU"/>
        </w:rPr>
        <w:t>9.1. До заседания школьной команды секретарь или координатор случая подготавливает материалы в объеме, необходимом для рассмотрения ситуации. Не допускается сбор избыточных сведений, не связанных с задачами безопасности, оценки риска и сопровождения.</w:t>
      </w:r>
    </w:p>
    <w:p w:rsidR="00DB4F6C" w:rsidRPr="005A6A5E" w:rsidRDefault="00000000">
      <w:pPr>
        <w:spacing w:after="120"/>
        <w:ind w:firstLine="425"/>
        <w:rPr>
          <w:color w:val="000000" w:themeColor="text1"/>
        </w:rPr>
      </w:pPr>
      <w:r w:rsidRPr="005A6A5E">
        <w:rPr>
          <w:color w:val="000000" w:themeColor="text1"/>
        </w:rPr>
        <w:t>9.2. К материалам могут относиться:</w:t>
      </w:r>
    </w:p>
    <w:p w:rsidR="00DB4F6C" w:rsidRPr="005A6A5E" w:rsidRDefault="00000000">
      <w:pPr>
        <w:pStyle w:val="a0"/>
        <w:rPr>
          <w:color w:val="000000" w:themeColor="text1"/>
          <w:lang w:val="ru-RU"/>
        </w:rPr>
      </w:pPr>
      <w:r w:rsidRPr="005A6A5E">
        <w:rPr>
          <w:color w:val="000000" w:themeColor="text1"/>
          <w:lang w:val="ru-RU"/>
        </w:rPr>
        <w:t>форма сообщения о возможной ситуации психологического насилия;</w:t>
      </w:r>
    </w:p>
    <w:p w:rsidR="00DB4F6C" w:rsidRPr="005A6A5E" w:rsidRDefault="00000000">
      <w:pPr>
        <w:pStyle w:val="a0"/>
        <w:rPr>
          <w:color w:val="000000" w:themeColor="text1"/>
          <w:lang w:val="ru-RU"/>
        </w:rPr>
      </w:pPr>
      <w:r w:rsidRPr="005A6A5E">
        <w:rPr>
          <w:color w:val="000000" w:themeColor="text1"/>
          <w:lang w:val="ru-RU"/>
        </w:rPr>
        <w:t>выписка из журнала учета сообщений;</w:t>
      </w:r>
    </w:p>
    <w:p w:rsidR="00DB4F6C" w:rsidRPr="005A6A5E" w:rsidRDefault="00000000">
      <w:pPr>
        <w:pStyle w:val="a0"/>
        <w:rPr>
          <w:color w:val="000000" w:themeColor="text1"/>
        </w:rPr>
      </w:pPr>
      <w:proofErr w:type="spellStart"/>
      <w:r w:rsidRPr="005A6A5E">
        <w:rPr>
          <w:color w:val="000000" w:themeColor="text1"/>
        </w:rPr>
        <w:t>карта</w:t>
      </w:r>
      <w:proofErr w:type="spellEnd"/>
      <w:r w:rsidRPr="005A6A5E">
        <w:rPr>
          <w:color w:val="000000" w:themeColor="text1"/>
        </w:rPr>
        <w:t xml:space="preserve"> </w:t>
      </w:r>
      <w:proofErr w:type="spellStart"/>
      <w:r w:rsidRPr="005A6A5E">
        <w:rPr>
          <w:color w:val="000000" w:themeColor="text1"/>
        </w:rPr>
        <w:t>первичной</w:t>
      </w:r>
      <w:proofErr w:type="spellEnd"/>
      <w:r w:rsidRPr="005A6A5E">
        <w:rPr>
          <w:color w:val="000000" w:themeColor="text1"/>
        </w:rPr>
        <w:t xml:space="preserve"> </w:t>
      </w:r>
      <w:proofErr w:type="spellStart"/>
      <w:r w:rsidRPr="005A6A5E">
        <w:rPr>
          <w:color w:val="000000" w:themeColor="text1"/>
        </w:rPr>
        <w:t>оценки</w:t>
      </w:r>
      <w:proofErr w:type="spellEnd"/>
      <w:r w:rsidRPr="005A6A5E">
        <w:rPr>
          <w:color w:val="000000" w:themeColor="text1"/>
        </w:rPr>
        <w:t xml:space="preserve"> </w:t>
      </w:r>
      <w:proofErr w:type="spellStart"/>
      <w:r w:rsidRPr="005A6A5E">
        <w:rPr>
          <w:color w:val="000000" w:themeColor="text1"/>
        </w:rPr>
        <w:t>ситуации</w:t>
      </w:r>
      <w:proofErr w:type="spellEnd"/>
      <w:r w:rsidRPr="005A6A5E">
        <w:rPr>
          <w:color w:val="000000" w:themeColor="text1"/>
        </w:rPr>
        <w:t>;</w:t>
      </w:r>
    </w:p>
    <w:p w:rsidR="00DB4F6C" w:rsidRPr="005A6A5E" w:rsidRDefault="00000000">
      <w:pPr>
        <w:pStyle w:val="a0"/>
        <w:rPr>
          <w:color w:val="000000" w:themeColor="text1"/>
          <w:lang w:val="ru-RU"/>
        </w:rPr>
      </w:pPr>
      <w:r w:rsidRPr="005A6A5E">
        <w:rPr>
          <w:color w:val="000000" w:themeColor="text1"/>
          <w:lang w:val="ru-RU"/>
        </w:rPr>
        <w:t>карта оценки риска и срочности вмешательства;</w:t>
      </w:r>
    </w:p>
    <w:p w:rsidR="00DB4F6C" w:rsidRPr="005A6A5E" w:rsidRDefault="00000000">
      <w:pPr>
        <w:pStyle w:val="a0"/>
        <w:rPr>
          <w:color w:val="000000" w:themeColor="text1"/>
          <w:lang w:val="ru-RU"/>
        </w:rPr>
      </w:pPr>
      <w:r w:rsidRPr="005A6A5E">
        <w:rPr>
          <w:color w:val="000000" w:themeColor="text1"/>
          <w:lang w:val="ru-RU"/>
        </w:rPr>
        <w:t>краткие сведения из бесед с обучающимися и родителями;</w:t>
      </w:r>
    </w:p>
    <w:p w:rsidR="00DB4F6C" w:rsidRPr="005A6A5E" w:rsidRDefault="00000000">
      <w:pPr>
        <w:pStyle w:val="a0"/>
        <w:rPr>
          <w:color w:val="000000" w:themeColor="text1"/>
          <w:lang w:val="ru-RU"/>
        </w:rPr>
      </w:pPr>
      <w:r w:rsidRPr="005A6A5E">
        <w:rPr>
          <w:color w:val="000000" w:themeColor="text1"/>
          <w:lang w:val="ru-RU"/>
        </w:rPr>
        <w:t>наблюдения классного руководителя, педагога-психолога, социального педагога;</w:t>
      </w:r>
    </w:p>
    <w:p w:rsidR="00DB4F6C" w:rsidRPr="005A6A5E" w:rsidRDefault="00000000">
      <w:pPr>
        <w:pStyle w:val="a0"/>
        <w:rPr>
          <w:color w:val="000000" w:themeColor="text1"/>
          <w:lang w:val="ru-RU"/>
        </w:rPr>
      </w:pPr>
      <w:r w:rsidRPr="005A6A5E">
        <w:rPr>
          <w:color w:val="000000" w:themeColor="text1"/>
          <w:lang w:val="ru-RU"/>
        </w:rPr>
        <w:t>форма фиксации цифровых материалов без избыточного распространения самих материалов;</w:t>
      </w:r>
    </w:p>
    <w:p w:rsidR="00DB4F6C" w:rsidRPr="005A6A5E" w:rsidRDefault="00000000">
      <w:pPr>
        <w:pStyle w:val="a0"/>
        <w:rPr>
          <w:color w:val="000000" w:themeColor="text1"/>
          <w:lang w:val="ru-RU"/>
        </w:rPr>
      </w:pPr>
      <w:r w:rsidRPr="005A6A5E">
        <w:rPr>
          <w:color w:val="000000" w:themeColor="text1"/>
          <w:lang w:val="ru-RU"/>
        </w:rPr>
        <w:t>сведения о ранее принятых мерах безопасности;</w:t>
      </w:r>
    </w:p>
    <w:p w:rsidR="00DB4F6C" w:rsidRPr="005A6A5E" w:rsidRDefault="00000000">
      <w:pPr>
        <w:pStyle w:val="a0"/>
        <w:rPr>
          <w:color w:val="000000" w:themeColor="text1"/>
          <w:lang w:val="ru-RU"/>
        </w:rPr>
      </w:pPr>
      <w:r w:rsidRPr="005A6A5E">
        <w:rPr>
          <w:color w:val="000000" w:themeColor="text1"/>
          <w:lang w:val="ru-RU"/>
        </w:rPr>
        <w:t>информация о согласиях родителей, направлениях, уведомлениях или ответах внешних организаций;</w:t>
      </w:r>
    </w:p>
    <w:p w:rsidR="00DB4F6C" w:rsidRPr="005A6A5E" w:rsidRDefault="00000000">
      <w:pPr>
        <w:pStyle w:val="a0"/>
        <w:rPr>
          <w:color w:val="000000" w:themeColor="text1"/>
          <w:lang w:val="ru-RU"/>
        </w:rPr>
      </w:pPr>
      <w:r w:rsidRPr="005A6A5E">
        <w:rPr>
          <w:color w:val="000000" w:themeColor="text1"/>
          <w:lang w:val="ru-RU"/>
        </w:rPr>
        <w:t>предложения работников по мерам педагогического и психолого-педагогического сопровождения.</w:t>
      </w:r>
    </w:p>
    <w:p w:rsidR="00DB4F6C" w:rsidRPr="005A6A5E" w:rsidRDefault="00000000">
      <w:pPr>
        <w:spacing w:after="120"/>
        <w:ind w:firstLine="425"/>
        <w:rPr>
          <w:color w:val="000000" w:themeColor="text1"/>
          <w:lang w:val="ru-RU"/>
        </w:rPr>
      </w:pPr>
      <w:r w:rsidRPr="005A6A5E">
        <w:rPr>
          <w:color w:val="000000" w:themeColor="text1"/>
          <w:lang w:val="ru-RU"/>
        </w:rPr>
        <w:t xml:space="preserve">9.3. Материалы, содержащие унижающие изображения, переписки, фото, видео или иные чувствительные сведения, не копируются и не рассылаются членам команды без необходимости. На </w:t>
      </w:r>
      <w:r w:rsidRPr="005A6A5E">
        <w:rPr>
          <w:color w:val="000000" w:themeColor="text1"/>
          <w:lang w:val="ru-RU"/>
        </w:rPr>
        <w:lastRenderedPageBreak/>
        <w:t>заседании по возможности используется описание зафиксированных материалов, а доступ к оригиналам предоставляется только уполномоченным лицам.</w:t>
      </w: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10. Порядок проведения заседания</w:t>
      </w:r>
    </w:p>
    <w:p w:rsidR="00DB4F6C" w:rsidRPr="005A6A5E" w:rsidRDefault="00000000">
      <w:pPr>
        <w:spacing w:after="120"/>
        <w:ind w:firstLine="425"/>
        <w:rPr>
          <w:color w:val="000000" w:themeColor="text1"/>
          <w:lang w:val="ru-RU"/>
        </w:rPr>
      </w:pPr>
      <w:r w:rsidRPr="005A6A5E">
        <w:rPr>
          <w:color w:val="000000" w:themeColor="text1"/>
          <w:lang w:val="ru-RU"/>
        </w:rPr>
        <w:t>10.1. Заседание школьной команды может проводиться очно, дистанционно или в смешанном формате, если обеспечиваются конфиденциальность, идентификация участников и возможность совместного обсуждения рекомендаций.</w:t>
      </w:r>
    </w:p>
    <w:p w:rsidR="00DB4F6C" w:rsidRPr="005A6A5E" w:rsidRDefault="00000000">
      <w:pPr>
        <w:spacing w:after="120"/>
        <w:ind w:firstLine="425"/>
        <w:rPr>
          <w:color w:val="000000" w:themeColor="text1"/>
        </w:rPr>
      </w:pPr>
      <w:r w:rsidRPr="005A6A5E">
        <w:rPr>
          <w:color w:val="000000" w:themeColor="text1"/>
        </w:rPr>
        <w:t>10.2. Заседание включает следующие этапы:</w:t>
      </w:r>
    </w:p>
    <w:p w:rsidR="00DB4F6C" w:rsidRPr="005A6A5E" w:rsidRDefault="00000000">
      <w:pPr>
        <w:pStyle w:val="a"/>
        <w:rPr>
          <w:color w:val="000000" w:themeColor="text1"/>
          <w:lang w:val="ru-RU"/>
        </w:rPr>
      </w:pPr>
      <w:r w:rsidRPr="005A6A5E">
        <w:rPr>
          <w:color w:val="000000" w:themeColor="text1"/>
          <w:lang w:val="ru-RU"/>
        </w:rPr>
        <w:t>открытие заседания председателем и проверка состава участников;</w:t>
      </w:r>
    </w:p>
    <w:p w:rsidR="00DB4F6C" w:rsidRPr="005A6A5E" w:rsidRDefault="00000000">
      <w:pPr>
        <w:pStyle w:val="a"/>
        <w:rPr>
          <w:color w:val="000000" w:themeColor="text1"/>
          <w:lang w:val="ru-RU"/>
        </w:rPr>
      </w:pPr>
      <w:r w:rsidRPr="005A6A5E">
        <w:rPr>
          <w:color w:val="000000" w:themeColor="text1"/>
          <w:lang w:val="ru-RU"/>
        </w:rPr>
        <w:t>напоминание о конфиденциальности и недопустимости распространения сведений;</w:t>
      </w:r>
    </w:p>
    <w:p w:rsidR="00DB4F6C" w:rsidRPr="005A6A5E" w:rsidRDefault="00000000">
      <w:pPr>
        <w:pStyle w:val="a"/>
        <w:rPr>
          <w:color w:val="000000" w:themeColor="text1"/>
          <w:lang w:val="ru-RU"/>
        </w:rPr>
      </w:pPr>
      <w:r w:rsidRPr="005A6A5E">
        <w:rPr>
          <w:color w:val="000000" w:themeColor="text1"/>
          <w:lang w:val="ru-RU"/>
        </w:rPr>
        <w:t>проверка возможного конфликта интересов и самоотводов;</w:t>
      </w:r>
    </w:p>
    <w:p w:rsidR="00DB4F6C" w:rsidRPr="005A6A5E" w:rsidRDefault="00000000">
      <w:pPr>
        <w:pStyle w:val="a"/>
        <w:rPr>
          <w:color w:val="000000" w:themeColor="text1"/>
          <w:lang w:val="ru-RU"/>
        </w:rPr>
      </w:pPr>
      <w:r w:rsidRPr="005A6A5E">
        <w:rPr>
          <w:color w:val="000000" w:themeColor="text1"/>
          <w:lang w:val="ru-RU"/>
        </w:rPr>
        <w:t>краткое изложение основания рассмотрения без оценочных и обвинительных формулировок;</w:t>
      </w:r>
    </w:p>
    <w:p w:rsidR="00DB4F6C" w:rsidRPr="005A6A5E" w:rsidRDefault="00000000">
      <w:pPr>
        <w:pStyle w:val="a"/>
        <w:rPr>
          <w:color w:val="000000" w:themeColor="text1"/>
          <w:lang w:val="ru-RU"/>
        </w:rPr>
      </w:pPr>
      <w:r w:rsidRPr="005A6A5E">
        <w:rPr>
          <w:color w:val="000000" w:themeColor="text1"/>
          <w:lang w:val="ru-RU"/>
        </w:rPr>
        <w:t>представление результатов первичной оценки ситуации и риска;</w:t>
      </w:r>
    </w:p>
    <w:p w:rsidR="00DB4F6C" w:rsidRPr="005A6A5E" w:rsidRDefault="00000000">
      <w:pPr>
        <w:pStyle w:val="a"/>
        <w:rPr>
          <w:color w:val="000000" w:themeColor="text1"/>
          <w:lang w:val="ru-RU"/>
        </w:rPr>
      </w:pPr>
      <w:r w:rsidRPr="005A6A5E">
        <w:rPr>
          <w:color w:val="000000" w:themeColor="text1"/>
          <w:lang w:val="ru-RU"/>
        </w:rPr>
        <w:t>обсуждение мер безопасности, сопровождения и профилактики;</w:t>
      </w:r>
    </w:p>
    <w:p w:rsidR="00DB4F6C" w:rsidRPr="005A6A5E" w:rsidRDefault="00000000">
      <w:pPr>
        <w:pStyle w:val="a"/>
        <w:rPr>
          <w:color w:val="000000" w:themeColor="text1"/>
          <w:lang w:val="ru-RU"/>
        </w:rPr>
      </w:pPr>
      <w:r w:rsidRPr="005A6A5E">
        <w:rPr>
          <w:color w:val="000000" w:themeColor="text1"/>
          <w:lang w:val="ru-RU"/>
        </w:rPr>
        <w:t>определение необходимости взаимодействия с родителями и внешними организациями;</w:t>
      </w:r>
    </w:p>
    <w:p w:rsidR="00DB4F6C" w:rsidRPr="005A6A5E" w:rsidRDefault="00000000">
      <w:pPr>
        <w:pStyle w:val="a"/>
        <w:rPr>
          <w:color w:val="000000" w:themeColor="text1"/>
          <w:lang w:val="ru-RU"/>
        </w:rPr>
      </w:pPr>
      <w:r w:rsidRPr="005A6A5E">
        <w:rPr>
          <w:color w:val="000000" w:themeColor="text1"/>
          <w:lang w:val="ru-RU"/>
        </w:rPr>
        <w:t>формирование рекомендаций руководителю с указанием предлагаемых мер и контрольных сроков;</w:t>
      </w:r>
    </w:p>
    <w:p w:rsidR="00DB4F6C" w:rsidRPr="005A6A5E" w:rsidRDefault="00000000">
      <w:pPr>
        <w:pStyle w:val="a"/>
        <w:rPr>
          <w:color w:val="000000" w:themeColor="text1"/>
        </w:rPr>
      </w:pPr>
      <w:proofErr w:type="spellStart"/>
      <w:r w:rsidRPr="005A6A5E">
        <w:rPr>
          <w:color w:val="000000" w:themeColor="text1"/>
        </w:rPr>
        <w:t>оформление протокола и рекомендаций.</w:t>
      </w:r>
      <w:proofErr w:type="spellEnd"/>
      <w:proofErr w:type="spellStart"/>
      <w:proofErr w:type="spellEnd"/>
      <w:proofErr w:type="spellStart"/>
      <w:proofErr w:type="spellEnd"/>
    </w:p>
    <w:p w:rsidR="00DB4F6C" w:rsidRPr="005A6A5E" w:rsidRDefault="00000000">
      <w:pPr>
        <w:spacing w:after="120"/>
        <w:ind w:firstLine="425"/>
        <w:rPr>
          <w:color w:val="000000" w:themeColor="text1"/>
          <w:lang w:val="ru-RU"/>
        </w:rPr>
      </w:pPr>
      <w:r w:rsidRPr="005A6A5E">
        <w:rPr>
          <w:color w:val="000000" w:themeColor="text1"/>
          <w:lang w:val="ru-RU"/>
        </w:rPr>
        <w:t>10.3. Обучающиеся, как правило, не присутствуют на заседании школьной команды. Беседы с ними проводятся отдельно, в безопасной обстановке, с учетом возраста и состояния ребенка, без давления, публичного выяснения отношений и очной ставки.</w:t>
      </w:r>
    </w:p>
    <w:p w:rsidR="00DB4F6C" w:rsidRPr="005A6A5E" w:rsidRDefault="00000000">
      <w:pPr>
        <w:spacing w:after="120"/>
        <w:ind w:firstLine="425"/>
        <w:rPr>
          <w:color w:val="000000" w:themeColor="text1"/>
          <w:lang w:val="ru-RU"/>
        </w:rPr>
      </w:pPr>
      <w:r w:rsidRPr="005A6A5E">
        <w:rPr>
          <w:color w:val="000000" w:themeColor="text1"/>
          <w:lang w:val="ru-RU"/>
        </w:rPr>
        <w:t>10.4. Родители могут приглашаться для обсуждения вопросов, касающихся их ребенка, если это не создает угрозу безопасности и не нарушает права других участников. Родителям предоставляется информация только в части, касающейся их ребенка, без раскрытия персональных данных других детей и семей.</w:t>
      </w:r>
    </w:p>
    <w:p w:rsidR="00DB4F6C" w:rsidRPr="005A6A5E" w:rsidRDefault="00000000">
      <w:pPr>
        <w:spacing w:after="120"/>
        <w:ind w:firstLine="425"/>
        <w:rPr>
          <w:color w:val="000000" w:themeColor="text1"/>
          <w:lang w:val="ru-RU"/>
        </w:rPr>
      </w:pPr>
      <w:r w:rsidRPr="005A6A5E">
        <w:rPr>
          <w:color w:val="000000" w:themeColor="text1"/>
          <w:lang w:val="ru-RU"/>
        </w:rPr>
        <w:t>10.5. При рассмотрении ситуации с участием работника образовательной организации такой работник не входит в состав команды по данному случаю, не участвует в сборе сведений от обучающегося и не получает доступ к материалам сверх объема, необходимого для соблюдения его прав и требований трудового законодательства.</w:t>
      </w: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11. Кворум и подготовка рекомендаций</w:t>
      </w:r>
    </w:p>
    <w:p w:rsidR="00DB4F6C" w:rsidRPr="005A6A5E" w:rsidRDefault="00000000">
      <w:pPr>
        <w:spacing w:after="120"/>
        <w:ind w:firstLine="425"/>
        <w:rPr>
          <w:color w:val="000000" w:themeColor="text1"/>
          <w:lang w:val="ru-RU"/>
        </w:rPr>
      </w:pPr>
      <w:r w:rsidRPr="005A6A5E">
        <w:rPr>
          <w:color w:val="000000" w:themeColor="text1"/>
          <w:lang w:val="ru-RU"/>
        </w:rPr>
        <w:t>11.1. Заседание школьной команды считается правомочным, если в нем участвуют председатель или лицо, его замещающее, секретарь или лицо, ведущее протокол, а также не менее половины постоянных членов команды. Для рассмотрения конкретного случая желательно участие представителя администрации, педагога-психолога или социального педагога и классного руководителя соответствующего класса, если отсутствует конфликт интересов.</w:t>
      </w:r>
    </w:p>
    <w:p w:rsidR="00DB4F6C" w:rsidRPr="005A6A5E" w:rsidRDefault="00000000">
      <w:pPr>
        <w:spacing w:after="120"/>
        <w:ind w:firstLine="425"/>
        <w:rPr>
          <w:color w:val="000000" w:themeColor="text1"/>
          <w:lang w:val="ru-RU"/>
        </w:rPr>
      </w:pPr>
      <w:r w:rsidRPr="005A6A5E">
        <w:rPr>
          <w:color w:val="000000" w:themeColor="text1"/>
          <w:lang w:val="ru-RU"/>
        </w:rPr>
        <w:t>11.2. Рекомендации команды принимаются простым большинством присутствующих членов и передаются руководителю или уполномоченному должностному лицу. При равенстве голосов в протоколе отражаются обе позиции; управленческое решение принимает уполномоченное должностное лицо.</w:t>
      </w:r>
    </w:p>
    <w:p w:rsidR="00DB4F6C" w:rsidRPr="005A6A5E" w:rsidRDefault="00000000">
      <w:pPr>
        <w:spacing w:after="120"/>
        <w:ind w:firstLine="425"/>
        <w:rPr>
          <w:color w:val="000000" w:themeColor="text1"/>
          <w:lang w:val="ru-RU"/>
        </w:rPr>
      </w:pPr>
      <w:r w:rsidRPr="005A6A5E">
        <w:rPr>
          <w:color w:val="000000" w:themeColor="text1"/>
          <w:lang w:val="ru-RU"/>
        </w:rPr>
        <w:t>11.3. Особое мнение члена команды фиксируется в протоколе. Обсуждение рекомендаций не приостанавливает меры, которые работники обязаны принять в силу закона, должностных обязанностей или ранее принятого управленческого решения.</w:t>
      </w:r>
    </w:p>
    <w:p w:rsidR="00DB4F6C" w:rsidRPr="005A6A5E" w:rsidRDefault="00000000">
      <w:pPr>
        <w:spacing w:after="120"/>
        <w:ind w:firstLine="425"/>
        <w:rPr>
          <w:color w:val="000000" w:themeColor="text1"/>
          <w:lang w:val="ru-RU"/>
        </w:rPr>
      </w:pPr>
      <w:r w:rsidRPr="005A6A5E">
        <w:rPr>
          <w:color w:val="000000" w:themeColor="text1"/>
          <w:lang w:val="ru-RU"/>
        </w:rPr>
        <w:t>11.4. В срочной ситуации руководитель либо иное уполномоченное должностное лицо принимает необходимые управленческие решения без ожидания заседания команды. На ближайшем заседании команда учитывает принятые меры при подготовке дальнейших рекомендаций.</w:t>
      </w: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12. Виды рекомендаций школьной команды</w:t>
      </w:r>
    </w:p>
    <w:p w:rsidR="00DB4F6C" w:rsidRPr="005A6A5E" w:rsidRDefault="00000000">
      <w:pPr>
        <w:spacing w:after="120"/>
        <w:ind w:firstLine="425"/>
        <w:rPr>
          <w:color w:val="000000" w:themeColor="text1"/>
          <w:lang w:val="ru-RU"/>
        </w:rPr>
      </w:pPr>
      <w:r w:rsidRPr="005A6A5E">
        <w:rPr>
          <w:color w:val="000000" w:themeColor="text1"/>
          <w:lang w:val="ru-RU"/>
        </w:rPr>
        <w:t>12.1. По результатам рассмотрения школьная команда может рекомендовать одну или несколько мер:</w:t>
      </w:r>
    </w:p>
    <w:p w:rsidR="00DB4F6C" w:rsidRPr="005A6A5E" w:rsidRDefault="00000000">
      <w:pPr>
        <w:pStyle w:val="a0"/>
        <w:rPr>
          <w:color w:val="000000" w:themeColor="text1"/>
          <w:lang w:val="ru-RU"/>
        </w:rPr>
      </w:pPr>
      <w:r w:rsidRPr="005A6A5E">
        <w:rPr>
          <w:color w:val="000000" w:themeColor="text1"/>
          <w:lang w:val="ru-RU"/>
        </w:rPr>
        <w:t>предложить руководителю учесть наличие признаков возможного психологического насилия при выборе мер реагирования;</w:t>
      </w:r>
    </w:p>
    <w:p w:rsidR="00DB4F6C" w:rsidRPr="005A6A5E" w:rsidRDefault="00000000">
      <w:pPr>
        <w:pStyle w:val="a0"/>
        <w:rPr>
          <w:color w:val="000000" w:themeColor="text1"/>
          <w:lang w:val="ru-RU"/>
        </w:rPr>
      </w:pPr>
      <w:r w:rsidRPr="005A6A5E">
        <w:rPr>
          <w:color w:val="000000" w:themeColor="text1"/>
          <w:lang w:val="ru-RU"/>
        </w:rPr>
        <w:t>предложить руководителю зафиксировать, что собранные сведения не подтверждают признаков психологического насилия, но требуют педагогического урегулирования или профилактической работы;</w:t>
      </w:r>
    </w:p>
    <w:p w:rsidR="00DB4F6C" w:rsidRPr="005A6A5E" w:rsidRDefault="00000000">
      <w:pPr>
        <w:pStyle w:val="a0"/>
        <w:rPr>
          <w:color w:val="000000" w:themeColor="text1"/>
          <w:lang w:val="ru-RU"/>
        </w:rPr>
      </w:pPr>
      <w:r w:rsidRPr="005A6A5E">
        <w:rPr>
          <w:color w:val="000000" w:themeColor="text1"/>
          <w:lang w:val="ru-RU"/>
        </w:rPr>
        <w:t>предложить продолжить наблюдение и проверку динамики в конкретный срок;</w:t>
      </w:r>
    </w:p>
    <w:p w:rsidR="00DB4F6C" w:rsidRPr="005A6A5E" w:rsidRDefault="00000000">
      <w:pPr>
        <w:pStyle w:val="a0"/>
        <w:rPr>
          <w:color w:val="000000" w:themeColor="text1"/>
          <w:lang w:val="ru-RU"/>
        </w:rPr>
      </w:pPr>
      <w:r w:rsidRPr="005A6A5E">
        <w:rPr>
          <w:color w:val="000000" w:themeColor="text1"/>
          <w:lang w:val="ru-RU"/>
        </w:rPr>
        <w:t>предложить руководителю утвердить или скорректировать меры безопасности для обучающегося;</w:t>
      </w:r>
    </w:p>
    <w:p w:rsidR="00DB4F6C" w:rsidRPr="005A6A5E" w:rsidRDefault="00000000">
      <w:pPr>
        <w:pStyle w:val="a0"/>
        <w:rPr>
          <w:color w:val="000000" w:themeColor="text1"/>
        </w:rPr>
      </w:pPr>
      <w:proofErr w:type="spellStart"/>
      <w:r w:rsidRPr="005A6A5E">
        <w:rPr>
          <w:color w:val="000000" w:themeColor="text1"/>
        </w:rPr>
        <w:t>предложить руководителю назначить координатора случая;</w:t>
      </w:r>
      <w:proofErr w:type="spellEnd"/>
      <w:proofErr w:type="spellStart"/>
      <w:proofErr w:type="spellEnd"/>
      <w:proofErr w:type="spellStart"/>
      <w:proofErr w:type="spellEnd"/>
    </w:p>
    <w:p w:rsidR="00DB4F6C" w:rsidRPr="005A6A5E" w:rsidRDefault="00000000">
      <w:pPr>
        <w:pStyle w:val="a0"/>
        <w:rPr>
          <w:color w:val="000000" w:themeColor="text1"/>
          <w:lang w:val="ru-RU"/>
        </w:rPr>
      </w:pPr>
      <w:r w:rsidRPr="005A6A5E">
        <w:rPr>
          <w:color w:val="000000" w:themeColor="text1"/>
          <w:lang w:val="ru-RU"/>
        </w:rPr>
        <w:t>предложить организовать раздельные беседы с участниками и родителями;</w:t>
      </w:r>
    </w:p>
    <w:p w:rsidR="00DB4F6C" w:rsidRPr="005A6A5E" w:rsidRDefault="00000000">
      <w:pPr>
        <w:pStyle w:val="a0"/>
        <w:rPr>
          <w:color w:val="000000" w:themeColor="text1"/>
          <w:lang w:val="ru-RU"/>
        </w:rPr>
      </w:pPr>
      <w:r w:rsidRPr="005A6A5E">
        <w:rPr>
          <w:color w:val="000000" w:themeColor="text1"/>
          <w:lang w:val="ru-RU"/>
        </w:rPr>
        <w:t>предложить педагогическую или просветительскую работу с классом, группой свидетелей или педагогическим коллективом без публичного разбора случая;</w:t>
      </w:r>
    </w:p>
    <w:p w:rsidR="00DB4F6C" w:rsidRPr="005A6A5E" w:rsidRDefault="00000000">
      <w:pPr>
        <w:pStyle w:val="a0"/>
        <w:rPr>
          <w:color w:val="000000" w:themeColor="text1"/>
          <w:lang w:val="ru-RU"/>
        </w:rPr>
      </w:pPr>
      <w:r w:rsidRPr="005A6A5E">
        <w:rPr>
          <w:color w:val="000000" w:themeColor="text1"/>
          <w:lang w:val="ru-RU"/>
        </w:rPr>
        <w:t>предложить родителю (законному представителю) несовершеннолетнего обучающегося либо совершеннолетнему обучающемуся обратиться в ППМС-центр; документы о помощи и основание передачи персональных данных оформляются по пункту 16.2;</w:t>
      </w:r>
    </w:p>
    <w:p w:rsidR="00DB4F6C" w:rsidRPr="005A6A5E" w:rsidRDefault="00000000">
      <w:pPr>
        <w:pStyle w:val="a0"/>
        <w:rPr>
          <w:color w:val="000000" w:themeColor="text1"/>
          <w:lang w:val="ru-RU"/>
        </w:rPr>
      </w:pPr>
      <w:r w:rsidRPr="005A6A5E">
        <w:rPr>
          <w:color w:val="000000" w:themeColor="text1"/>
          <w:lang w:val="ru-RU"/>
        </w:rPr>
        <w:t>передать руководителю фактические сведения для проверки основания внешнего обращения; обязательное уведомление направляется по отдельному Порядку без ожидания рекомендации команды;</w:t>
      </w:r>
    </w:p>
    <w:p w:rsidR="00DB4F6C" w:rsidRPr="005A6A5E" w:rsidRDefault="00000000">
      <w:pPr>
        <w:pStyle w:val="a0"/>
        <w:rPr>
          <w:color w:val="000000" w:themeColor="text1"/>
          <w:lang w:val="ru-RU"/>
        </w:rPr>
      </w:pPr>
      <w:r w:rsidRPr="005A6A5E">
        <w:rPr>
          <w:color w:val="000000" w:themeColor="text1"/>
          <w:lang w:val="ru-RU"/>
        </w:rPr>
        <w:t>предложить меры в отношении официальных школьных цифровых каналов, чатов и информационных ресурсов;</w:t>
      </w:r>
    </w:p>
    <w:p w:rsidR="00DB4F6C" w:rsidRPr="005A6A5E" w:rsidRDefault="00000000">
      <w:pPr>
        <w:pStyle w:val="a0"/>
        <w:rPr>
          <w:color w:val="000000" w:themeColor="text1"/>
          <w:lang w:val="ru-RU"/>
        </w:rPr>
      </w:pPr>
      <w:r w:rsidRPr="005A6A5E">
        <w:rPr>
          <w:color w:val="000000" w:themeColor="text1"/>
          <w:lang w:val="ru-RU"/>
        </w:rPr>
        <w:t>предложить руководителю контрольные сроки и исполнителей в пределах их трудовых функций;</w:t>
      </w:r>
    </w:p>
    <w:p w:rsidR="00DB4F6C" w:rsidRPr="005A6A5E" w:rsidRDefault="00000000">
      <w:pPr>
        <w:pStyle w:val="a0"/>
        <w:rPr>
          <w:color w:val="000000" w:themeColor="text1"/>
          <w:lang w:val="ru-RU"/>
        </w:rPr>
      </w:pPr>
      <w:r w:rsidRPr="005A6A5E">
        <w:rPr>
          <w:color w:val="000000" w:themeColor="text1"/>
          <w:lang w:val="ru-RU"/>
        </w:rPr>
        <w:t>предложить руководителю завершить сопровождение при выполнении установленных критериев;</w:t>
      </w:r>
    </w:p>
    <w:p w:rsidR="00DB4F6C" w:rsidRPr="005A6A5E" w:rsidRDefault="00000000">
      <w:pPr>
        <w:spacing w:after="120"/>
        <w:ind w:firstLine="425"/>
        <w:rPr>
          <w:color w:val="000000" w:themeColor="text1"/>
          <w:lang w:val="ru-RU"/>
        </w:rPr>
      </w:pPr>
      <w:r w:rsidRPr="005A6A5E">
        <w:rPr>
          <w:color w:val="000000" w:themeColor="text1"/>
          <w:lang w:val="ru-RU"/>
        </w:rPr>
        <w:t>12.2. Рекомендации оформляются протоколом с указанием основания рассмотрения, краткого описания без избыточных персональных данных, предлагаемых мер и контрольных сроков. Поручения конкретным работникам утверждаются руководителем или иным уполномоченным должностным лицом в пределах их трудовых функций.</w:t>
      </w: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13. Ограничения деятельности школьной команды</w:t>
      </w:r>
    </w:p>
    <w:p w:rsidR="00DB4F6C" w:rsidRPr="005A6A5E" w:rsidRDefault="00000000">
      <w:pPr>
        <w:spacing w:after="120"/>
        <w:ind w:firstLine="425"/>
        <w:rPr>
          <w:color w:val="000000" w:themeColor="text1"/>
          <w:lang w:val="ru-RU"/>
        </w:rPr>
      </w:pPr>
      <w:r w:rsidRPr="005A6A5E">
        <w:rPr>
          <w:color w:val="000000" w:themeColor="text1"/>
          <w:lang w:val="ru-RU"/>
        </w:rPr>
        <w:t>13.1. Школьная команда не вправе:</w:t>
      </w:r>
    </w:p>
    <w:p w:rsidR="00DB4F6C" w:rsidRPr="005A6A5E" w:rsidRDefault="00000000">
      <w:pPr>
        <w:pStyle w:val="a0"/>
        <w:rPr>
          <w:color w:val="000000" w:themeColor="text1"/>
          <w:lang w:val="ru-RU"/>
        </w:rPr>
      </w:pPr>
      <w:r w:rsidRPr="005A6A5E">
        <w:rPr>
          <w:color w:val="000000" w:themeColor="text1"/>
          <w:lang w:val="ru-RU"/>
        </w:rPr>
        <w:t>устанавливать юридическую виновность, квалифицировать действия как преступление или административное правонарушение;</w:t>
      </w:r>
    </w:p>
    <w:p w:rsidR="00DB4F6C" w:rsidRPr="005A6A5E" w:rsidRDefault="00000000">
      <w:pPr>
        <w:pStyle w:val="a0"/>
        <w:rPr>
          <w:color w:val="000000" w:themeColor="text1"/>
          <w:lang w:val="ru-RU"/>
        </w:rPr>
      </w:pPr>
      <w:r w:rsidRPr="005A6A5E">
        <w:rPr>
          <w:color w:val="000000" w:themeColor="text1"/>
          <w:lang w:val="ru-RU"/>
        </w:rPr>
        <w:t>проводить очные ставки между пострадавшим и предполагаемым инициатором;</w:t>
      </w:r>
    </w:p>
    <w:p w:rsidR="00DB4F6C" w:rsidRPr="005A6A5E" w:rsidRDefault="00000000">
      <w:pPr>
        <w:pStyle w:val="a0"/>
        <w:rPr>
          <w:color w:val="000000" w:themeColor="text1"/>
          <w:lang w:val="ru-RU"/>
        </w:rPr>
      </w:pPr>
      <w:r w:rsidRPr="005A6A5E">
        <w:rPr>
          <w:color w:val="000000" w:themeColor="text1"/>
          <w:lang w:val="ru-RU"/>
        </w:rPr>
        <w:t>требовать от пострадавшего немедленного примирения или прощения;</w:t>
      </w:r>
    </w:p>
    <w:p w:rsidR="00DB4F6C" w:rsidRPr="005A6A5E" w:rsidRDefault="00000000">
      <w:pPr>
        <w:pStyle w:val="a0"/>
        <w:rPr>
          <w:color w:val="000000" w:themeColor="text1"/>
          <w:lang w:val="ru-RU"/>
        </w:rPr>
      </w:pPr>
      <w:r w:rsidRPr="005A6A5E">
        <w:rPr>
          <w:color w:val="000000" w:themeColor="text1"/>
          <w:lang w:val="ru-RU"/>
        </w:rPr>
        <w:t>перекладывать ответственность за ситуацию на пострадавшего;</w:t>
      </w:r>
    </w:p>
    <w:p w:rsidR="00DB4F6C" w:rsidRPr="005A6A5E" w:rsidRDefault="00000000">
      <w:pPr>
        <w:pStyle w:val="a0"/>
        <w:rPr>
          <w:color w:val="000000" w:themeColor="text1"/>
          <w:lang w:val="ru-RU"/>
        </w:rPr>
      </w:pPr>
      <w:r w:rsidRPr="005A6A5E">
        <w:rPr>
          <w:color w:val="000000" w:themeColor="text1"/>
          <w:lang w:val="ru-RU"/>
        </w:rPr>
        <w:t>публично обсуждать материалы случая в классе, педагогическом коллективе или родительских чатах;</w:t>
      </w:r>
    </w:p>
    <w:p w:rsidR="00DB4F6C" w:rsidRPr="005A6A5E" w:rsidRDefault="00000000">
      <w:pPr>
        <w:pStyle w:val="a0"/>
        <w:rPr>
          <w:color w:val="000000" w:themeColor="text1"/>
          <w:lang w:val="ru-RU"/>
        </w:rPr>
      </w:pPr>
      <w:r w:rsidRPr="005A6A5E">
        <w:rPr>
          <w:color w:val="000000" w:themeColor="text1"/>
          <w:lang w:val="ru-RU"/>
        </w:rPr>
        <w:t>распространять скриншоты, переписки, фото, видео и иные чувствительные материалы без необходимости и правового основания;</w:t>
      </w:r>
    </w:p>
    <w:p w:rsidR="00DB4F6C" w:rsidRPr="005A6A5E" w:rsidRDefault="00000000">
      <w:pPr>
        <w:pStyle w:val="a0"/>
        <w:rPr>
          <w:color w:val="000000" w:themeColor="text1"/>
          <w:lang w:val="ru-RU"/>
        </w:rPr>
      </w:pPr>
      <w:r w:rsidRPr="005A6A5E">
        <w:rPr>
          <w:color w:val="000000" w:themeColor="text1"/>
          <w:lang w:val="ru-RU"/>
        </w:rPr>
        <w:t>требовать у обучающегося пароль, доступ к личному аккаунту или передачу личного устройства без законного основания и согласия;</w:t>
      </w:r>
    </w:p>
    <w:p w:rsidR="00DB4F6C" w:rsidRPr="005A6A5E" w:rsidRDefault="00000000">
      <w:pPr>
        <w:pStyle w:val="a0"/>
        <w:rPr>
          <w:color w:val="000000" w:themeColor="text1"/>
          <w:lang w:val="ru-RU"/>
        </w:rPr>
      </w:pPr>
      <w:r w:rsidRPr="005A6A5E">
        <w:rPr>
          <w:color w:val="000000" w:themeColor="text1"/>
          <w:lang w:val="ru-RU"/>
        </w:rPr>
        <w:t>принимать меры, ухудшающие положение пострадавшего обучающегося и фактически изолирующие его вместо прекращения небезопасного поведения;</w:t>
      </w:r>
    </w:p>
    <w:p w:rsidR="00DB4F6C" w:rsidRPr="005A6A5E" w:rsidRDefault="00000000">
      <w:pPr>
        <w:pStyle w:val="a0"/>
        <w:rPr>
          <w:color w:val="000000" w:themeColor="text1"/>
          <w:lang w:val="ru-RU"/>
        </w:rPr>
      </w:pPr>
      <w:r w:rsidRPr="005A6A5E">
        <w:rPr>
          <w:color w:val="000000" w:themeColor="text1"/>
          <w:lang w:val="ru-RU"/>
        </w:rPr>
        <w:t>подменять профессиональную медицинскую, психиатрическую, правовую или следственную помощь;</w:t>
      </w:r>
    </w:p>
    <w:p w:rsidR="00DB4F6C" w:rsidRPr="005A6A5E" w:rsidRDefault="00000000">
      <w:pPr>
        <w:pStyle w:val="a0"/>
        <w:rPr>
          <w:color w:val="000000" w:themeColor="text1"/>
          <w:lang w:val="ru-RU"/>
        </w:rPr>
      </w:pPr>
      <w:r w:rsidRPr="005A6A5E">
        <w:rPr>
          <w:color w:val="000000" w:themeColor="text1"/>
          <w:lang w:val="ru-RU"/>
        </w:rPr>
        <w:lastRenderedPageBreak/>
        <w:t>передавать сведения во внешние организации в избыточном объеме.</w:t>
      </w: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14. Конфликт интересов и беспристрастность</w:t>
      </w:r>
    </w:p>
    <w:p w:rsidR="00DB4F6C" w:rsidRPr="005A6A5E" w:rsidRDefault="00000000">
      <w:pPr>
        <w:spacing w:after="120"/>
        <w:ind w:firstLine="425"/>
        <w:rPr>
          <w:color w:val="000000" w:themeColor="text1"/>
          <w:lang w:val="ru-RU"/>
        </w:rPr>
      </w:pPr>
      <w:r w:rsidRPr="005A6A5E">
        <w:rPr>
          <w:color w:val="000000" w:themeColor="text1"/>
          <w:lang w:val="ru-RU"/>
        </w:rPr>
        <w:t>14.1. Член школьной команды обязан заявить самоотвод, если он является родственником, близким знакомым, непосредственным участником конфликта, классным руководителем при наличии личной заинтересованности, работником, действия которого рассматриваются, либо если существуют иные обстоятельства, способные повлиять на его беспристрастность.</w:t>
      </w:r>
    </w:p>
    <w:p w:rsidR="00DB4F6C" w:rsidRPr="005A6A5E" w:rsidRDefault="00000000">
      <w:pPr>
        <w:spacing w:after="120"/>
        <w:ind w:firstLine="425"/>
        <w:rPr>
          <w:color w:val="000000" w:themeColor="text1"/>
          <w:lang w:val="ru-RU"/>
        </w:rPr>
      </w:pPr>
      <w:r w:rsidRPr="005A6A5E">
        <w:rPr>
          <w:color w:val="000000" w:themeColor="text1"/>
          <w:lang w:val="ru-RU"/>
        </w:rPr>
        <w:t>14.2. Вопрос об отводе или самоотводе решается председателем школьной команды, а если конфликт интересов касается председателя - руководителем образовательной организации или лицом, его замещающим.</w:t>
      </w:r>
    </w:p>
    <w:p w:rsidR="00DB4F6C" w:rsidRPr="005A6A5E" w:rsidRDefault="00000000">
      <w:pPr>
        <w:spacing w:after="120"/>
        <w:ind w:firstLine="425"/>
        <w:rPr>
          <w:color w:val="000000" w:themeColor="text1"/>
          <w:lang w:val="ru-RU"/>
        </w:rPr>
      </w:pPr>
      <w:r w:rsidRPr="005A6A5E">
        <w:rPr>
          <w:color w:val="000000" w:themeColor="text1"/>
          <w:lang w:val="ru-RU"/>
        </w:rPr>
        <w:t>14.3. При наличии конфликта интересов работник не участвует в обсуждении ситуации и подготовке рекомендаций, не получает доступ к материалам сверх объёма, необходимого для оформления самоотвода, и не назначается координатором случая.</w:t>
      </w:r>
    </w:p>
    <w:p w:rsidR="00DB4F6C" w:rsidRPr="005A6A5E" w:rsidRDefault="00000000">
      <w:pPr>
        <w:spacing w:after="120"/>
        <w:ind w:firstLine="425"/>
        <w:rPr>
          <w:color w:val="000000" w:themeColor="text1"/>
          <w:lang w:val="ru-RU"/>
        </w:rPr>
      </w:pPr>
      <w:r w:rsidRPr="005A6A5E">
        <w:rPr>
          <w:color w:val="000000" w:themeColor="text1"/>
          <w:lang w:val="ru-RU"/>
        </w:rPr>
        <w:t>14.4. Самоотвод или отвод и решение председателя либо руководителя по этому вопросу фиксируются в протоколе.</w:t>
      </w: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15. Работа с родителями и законными представителями</w:t>
      </w:r>
    </w:p>
    <w:p w:rsidR="00DB4F6C" w:rsidRPr="005A6A5E" w:rsidRDefault="00000000">
      <w:pPr>
        <w:spacing w:after="120"/>
        <w:ind w:firstLine="425"/>
        <w:rPr>
          <w:color w:val="000000" w:themeColor="text1"/>
          <w:lang w:val="ru-RU"/>
        </w:rPr>
      </w:pPr>
      <w:r w:rsidRPr="005A6A5E">
        <w:rPr>
          <w:color w:val="000000" w:themeColor="text1"/>
          <w:lang w:val="ru-RU"/>
        </w:rPr>
        <w:t>15.1. Родители (законные представители) обучающихся, непосредственно затронутых ситуацией, информируются о действиях образовательной организации в объеме, касающемся их ребенка и не раскрывающем персональные данные других участников.</w:t>
      </w:r>
    </w:p>
    <w:p w:rsidR="00DB4F6C" w:rsidRPr="005A6A5E" w:rsidRDefault="00000000">
      <w:pPr>
        <w:spacing w:after="120"/>
        <w:ind w:firstLine="425"/>
        <w:rPr>
          <w:color w:val="000000" w:themeColor="text1"/>
          <w:lang w:val="ru-RU"/>
        </w:rPr>
      </w:pPr>
      <w:r w:rsidRPr="005A6A5E">
        <w:rPr>
          <w:color w:val="000000" w:themeColor="text1"/>
          <w:lang w:val="ru-RU"/>
        </w:rPr>
        <w:t>15.2. Школьная команда предлагает руководителю работника и форму взаимодействия с родителем. Если ответственный заранее определён приказом или должностной инструкцией, он действует в пределах предоставленных полномочий; в иных случаях назначение оформляет руководитель.</w:t>
      </w:r>
    </w:p>
    <w:p w:rsidR="00DB4F6C" w:rsidRPr="005A6A5E" w:rsidRDefault="00000000">
      <w:pPr>
        <w:spacing w:after="120"/>
        <w:ind w:firstLine="425"/>
        <w:rPr>
          <w:color w:val="000000" w:themeColor="text1"/>
          <w:lang w:val="ru-RU"/>
        </w:rPr>
      </w:pPr>
      <w:r w:rsidRPr="005A6A5E">
        <w:rPr>
          <w:color w:val="000000" w:themeColor="text1"/>
          <w:lang w:val="ru-RU"/>
        </w:rPr>
        <w:t>15.3. Родителям разъясняются порядок рассмотрения ситуации, меры безопасности, возможные формы помощи, необходимость конфиденциальности, недопустимость самостоятельных разборов с чужими детьми, публикации материалов и давления на участников ситуации.</w:t>
      </w:r>
    </w:p>
    <w:p w:rsidR="00DB4F6C" w:rsidRPr="005A6A5E" w:rsidRDefault="00000000">
      <w:pPr>
        <w:spacing w:after="120"/>
        <w:ind w:firstLine="425"/>
        <w:rPr>
          <w:color w:val="000000" w:themeColor="text1"/>
          <w:lang w:val="ru-RU"/>
        </w:rPr>
      </w:pPr>
      <w:r w:rsidRPr="005A6A5E">
        <w:rPr>
          <w:color w:val="000000" w:themeColor="text1"/>
          <w:lang w:val="ru-RU"/>
        </w:rPr>
        <w:t>15.4. Отказ родителя (законного представителя) несовершеннолетнего обучающегося либо совершеннолетнего обучающегося от предложенной добровольной помощи или взаимодействия фиксируется, но сам по себе не является основанием передачи персональных данных или уведомления государственного органа. При непосредственной угрозе вызываются экстренные службы; при фактах, прямо указанных в пункте 2 статьи 9 Федерального закона № 120-ФЗ, руководитель действует по Порядку уведомления.</w:t>
      </w:r>
    </w:p>
    <w:p w:rsidR="00DB4F6C" w:rsidRPr="005A6A5E" w:rsidRDefault="00000000">
      <w:pPr>
        <w:spacing w:after="120"/>
        <w:ind w:firstLine="425"/>
        <w:rPr>
          <w:color w:val="000000" w:themeColor="text1"/>
          <w:lang w:val="ru-RU"/>
        </w:rPr>
      </w:pPr>
      <w:r w:rsidRPr="005A6A5E">
        <w:rPr>
          <w:color w:val="000000" w:themeColor="text1"/>
          <w:lang w:val="ru-RU"/>
        </w:rPr>
        <w:t>15.5. Если имеются конкретные сведения, что информирование родителя увеличит угрозу ребёнку или воспрепятствует действиям уполномоченного органа, решение о времени и способе информирования принимает руководитель и письменно фиксирует причины. При угрозе со стороны семьи применяется Порядок уведомления органов опеки и иных компетентных органов.</w:t>
      </w:r>
    </w:p>
    <w:p>
      <w:r>
        <w:t>15.6. Сообщение о действиях или бездействии руководителя не рассматривается им и не обсуждается командой под его председательством. Координатор не позднее следующего рабочего дня направляет его учредителю по реквизитам пункта 13.5 основного Положения; неотложные меры обеспечивает замещающее руководителя лицо.</w:t>
      </w: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16. Взаимодействие с ППМС-центром и иными организациями</w:t>
      </w:r>
    </w:p>
    <w:p w:rsidR="00DB4F6C" w:rsidRPr="005A6A5E" w:rsidRDefault="00000000">
      <w:pPr>
        <w:spacing w:after="120"/>
        <w:ind w:firstLine="425"/>
        <w:rPr>
          <w:color w:val="000000" w:themeColor="text1"/>
          <w:lang w:val="ru-RU"/>
        </w:rPr>
      </w:pPr>
      <w:r w:rsidRPr="005A6A5E">
        <w:rPr>
          <w:color w:val="000000" w:themeColor="text1"/>
          <w:lang w:val="ru-RU"/>
        </w:rPr>
        <w:t>16.1. Школьная команда вправе рекомендовать направление обучающегося, родителей или педагогических работников в ППМС-центр или иную организацию психолого-педагогической помощи для консультации, диагностики, методической поддержки или сопровождения.</w:t>
      </w:r>
    </w:p>
    <w:p w:rsidR="00DB4F6C" w:rsidRPr="005A6A5E" w:rsidRDefault="00000000">
      <w:pPr>
        <w:spacing w:after="120"/>
        <w:ind w:firstLine="425"/>
        <w:rPr>
          <w:color w:val="000000" w:themeColor="text1"/>
          <w:lang w:val="ru-RU"/>
        </w:rPr>
      </w:pPr>
      <w:r w:rsidRPr="005A6A5E">
        <w:rPr>
          <w:color w:val="000000" w:themeColor="text1"/>
          <w:lang w:val="ru-RU"/>
        </w:rPr>
        <w:t>16.2. Помощь несовершеннолетнему обучающемуся в ППМС-центре оказывается на основании письменного заявления или согласия его родителя (законного представителя) в соответствии с частью 3 статьи 42 Федерального закона № 273-ФЗ; совершеннолетнему обучающемуся — на основании его личного письменного заявления или согласия. Согласие на обработку и передачу персональных данных оформляется отдельно от документа о помощи; если передача осуществляется без согласия, до неё фиксируются конкретная норма закона, цель, получатель и минимально необходимый состав данных.</w:t>
      </w:r>
    </w:p>
    <w:p w:rsidR="00DB4F6C" w:rsidRPr="005A6A5E" w:rsidRDefault="00000000">
      <w:pPr>
        <w:spacing w:after="120"/>
        <w:ind w:firstLine="425"/>
        <w:rPr>
          <w:color w:val="000000" w:themeColor="text1"/>
          <w:lang w:val="ru-RU"/>
        </w:rPr>
      </w:pPr>
      <w:r w:rsidRPr="005A6A5E">
        <w:rPr>
          <w:color w:val="000000" w:themeColor="text1"/>
          <w:lang w:val="ru-RU"/>
        </w:rPr>
        <w:t>16.3. При наличии обстоятельств, требующих обязательного уведомления внешнего органа, руководитель обеспечивает направление сведений по Порядку уведомления КДН и ЗП, ПДН/ОВД и органов опеки и попечительства без ожидания заседания команды. Команда после принятия неотложных мер готовит рекомендации по дальнейшему школьному сопровождению.</w:t>
      </w:r>
    </w:p>
    <w:p w:rsidR="00DB4F6C" w:rsidRPr="005A6A5E" w:rsidRDefault="00000000">
      <w:pPr>
        <w:spacing w:after="120"/>
        <w:ind w:firstLine="425"/>
        <w:rPr>
          <w:color w:val="000000" w:themeColor="text1"/>
          <w:lang w:val="ru-RU"/>
        </w:rPr>
      </w:pPr>
      <w:r w:rsidRPr="005A6A5E">
        <w:rPr>
          <w:color w:val="000000" w:themeColor="text1"/>
          <w:lang w:val="ru-RU"/>
        </w:rPr>
        <w:t>16.4. До передачи сведений фиксируются получатель, цель, минимальный состав данных и конкретное основание из части 1 статьи 6 Федерального закона № 152-ФЗ; для специальных категорий данных дополнительно указывается основание из части 2 статьи 10 указанного закона.</w:t>
      </w: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17. Документирование работы школьной команды</w:t>
      </w:r>
    </w:p>
    <w:p w:rsidR="00DB4F6C" w:rsidRPr="005A6A5E" w:rsidRDefault="00000000">
      <w:pPr>
        <w:spacing w:after="120"/>
        <w:ind w:firstLine="425"/>
        <w:rPr>
          <w:color w:val="000000" w:themeColor="text1"/>
          <w:lang w:val="ru-RU"/>
        </w:rPr>
      </w:pPr>
      <w:r w:rsidRPr="005A6A5E">
        <w:rPr>
          <w:color w:val="000000" w:themeColor="text1"/>
          <w:lang w:val="ru-RU"/>
        </w:rPr>
        <w:t>17.1. Работа школьной команды документируется утверждёнными формами. К основным документам относятся протокол заседания, рекомендации команды, утверждённые руководителем меры, индивидуальные планы сопровождения, карты оценки риска, формы бесед и документы межведомственного взаимодействия.</w:t>
      </w:r>
    </w:p>
    <w:p w:rsidR="00DB4F6C" w:rsidRPr="005A6A5E" w:rsidRDefault="00000000">
      <w:pPr>
        <w:spacing w:after="120"/>
        <w:ind w:firstLine="425"/>
        <w:rPr>
          <w:color w:val="000000" w:themeColor="text1"/>
          <w:lang w:val="ru-RU"/>
        </w:rPr>
      </w:pPr>
      <w:r w:rsidRPr="005A6A5E">
        <w:rPr>
          <w:color w:val="000000" w:themeColor="text1"/>
          <w:lang w:val="ru-RU"/>
        </w:rPr>
        <w:t>17.2. В протоколе фиксируются дата, формат и состав участников, сведения о самоотводах, основание рассмотрения, краткое фактическое описание без избыточных персональных данных, рассмотренные материалы, результаты голосования, рекомендации руководителю и контрольная дата. Письменное управленческое решение руководителя хранится отдельно либо прилагается к протоколу.</w:t>
      </w:r>
    </w:p>
    <w:p w:rsidR="00DB4F6C" w:rsidRPr="005A6A5E" w:rsidRDefault="00000000">
      <w:pPr>
        <w:spacing w:after="120"/>
        <w:ind w:firstLine="425"/>
        <w:rPr>
          <w:color w:val="000000" w:themeColor="text1"/>
          <w:lang w:val="ru-RU"/>
        </w:rPr>
      </w:pPr>
      <w:r w:rsidRPr="005A6A5E">
        <w:rPr>
          <w:color w:val="000000" w:themeColor="text1"/>
          <w:lang w:val="ru-RU"/>
        </w:rPr>
        <w:t>17.3. В документах не допускается использование унижающих, обвинительных, стигматизирующих формулировок, а также подробное воспроизведение оскорбительных выражений, если это не требуется для правовой или фактической фиксации. При необходимости такие сведения фиксируются в отдельном приложении с ограниченным доступом.</w:t>
      </w:r>
    </w:p>
    <w:p w:rsidR="00DB4F6C" w:rsidRPr="005A6A5E" w:rsidRDefault="00000000">
      <w:pPr>
        <w:spacing w:after="120"/>
        <w:ind w:firstLine="425"/>
        <w:rPr>
          <w:color w:val="000000" w:themeColor="text1"/>
          <w:lang w:val="ru-RU"/>
        </w:rPr>
      </w:pPr>
      <w:r w:rsidRPr="005A6A5E">
        <w:rPr>
          <w:color w:val="000000" w:themeColor="text1"/>
          <w:lang w:val="ru-RU"/>
        </w:rPr>
        <w:t>17.4. Утверждённые меры и необходимые для их исполнения сведения доводятся до работников, родителей и иных лиц только в части, не нарушающей права других участников и принцип минимизации данных.</w:t>
      </w: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18. Хранение материалов и конфиденциальность</w:t>
      </w:r>
    </w:p>
    <w:p w:rsidR="00DB4F6C" w:rsidRPr="005A6A5E" w:rsidRDefault="00000000">
      <w:pPr>
        <w:spacing w:after="120"/>
        <w:ind w:firstLine="425"/>
        <w:rPr>
          <w:color w:val="000000" w:themeColor="text1"/>
          <w:lang w:val="ru-RU"/>
        </w:rPr>
      </w:pPr>
      <w:r w:rsidRPr="005A6A5E">
        <w:rPr>
          <w:color w:val="000000" w:themeColor="text1"/>
          <w:lang w:val="ru-RU"/>
        </w:rPr>
        <w:t>18.1. Материалы работы школьной команды относятся к служебной документации ограниченного доступа и хранятся в порядке, установленном локальными актами образовательной организации, номенклатурой дел и требованиями законодательства о персональных данных.</w:t>
      </w:r>
    </w:p>
    <w:p w:rsidR="00DB4F6C" w:rsidRPr="005A6A5E" w:rsidRDefault="00000000">
      <w:pPr>
        <w:spacing w:after="120"/>
        <w:ind w:firstLine="425"/>
        <w:rPr>
          <w:color w:val="000000" w:themeColor="text1"/>
          <w:lang w:val="ru-RU"/>
        </w:rPr>
      </w:pPr>
      <w:r w:rsidRPr="005A6A5E">
        <w:rPr>
          <w:color w:val="000000" w:themeColor="text1"/>
          <w:lang w:val="ru-RU"/>
        </w:rPr>
        <w:t>18.2. Доступ к материалам имеют руководитель образовательной организации, председатель школьной команды, секретарь, координатор случая и иные работники только в объеме, необходимом для выполнения их функций.</w:t>
      </w:r>
    </w:p>
    <w:p w:rsidR="00DB4F6C" w:rsidRPr="005A6A5E" w:rsidRDefault="00000000">
      <w:pPr>
        <w:spacing w:after="120"/>
        <w:ind w:firstLine="425"/>
        <w:rPr>
          <w:color w:val="000000" w:themeColor="text1"/>
          <w:lang w:val="ru-RU"/>
        </w:rPr>
      </w:pPr>
      <w:r w:rsidRPr="005A6A5E">
        <w:rPr>
          <w:color w:val="000000" w:themeColor="text1"/>
          <w:lang w:val="ru-RU"/>
        </w:rPr>
        <w:t>18.3. Не допускается хранение материалов конкретных случаев в общедоступных папках, общих чатах, незащищенных облачных хранилищах, личных устройствах работников без установленных мер защиты и разрешения образовательной организации.</w:t>
      </w:r>
    </w:p>
    <w:p w:rsidR="00DB4F6C" w:rsidRPr="005A6A5E" w:rsidRDefault="00000000">
      <w:pPr>
        <w:spacing w:after="120"/>
        <w:ind w:firstLine="425"/>
        <w:rPr>
          <w:color w:val="000000" w:themeColor="text1"/>
          <w:lang w:val="ru-RU"/>
        </w:rPr>
      </w:pPr>
      <w:r w:rsidRPr="005A6A5E">
        <w:rPr>
          <w:color w:val="000000" w:themeColor="text1"/>
          <w:lang w:val="ru-RU"/>
        </w:rPr>
        <w:t>18.4. Цифровые материалы, содержащие переписки, фото, видео, скриншоты, ссылки, сведения об аккаунтах и иные чувствительные данные, хранятся отдельно или выделяются в материалах дела таким образом, чтобы доступ к ним был ограничен минимально необходимым кругом лиц.</w:t>
      </w:r>
    </w:p>
    <w:p w:rsidR="00DB4F6C" w:rsidRPr="005A6A5E" w:rsidRDefault="00000000">
      <w:pPr>
        <w:spacing w:after="120"/>
        <w:ind w:firstLine="425"/>
        <w:rPr>
          <w:color w:val="000000" w:themeColor="text1"/>
          <w:lang w:val="ru-RU"/>
        </w:rPr>
      </w:pPr>
      <w:r w:rsidRPr="005A6A5E">
        <w:rPr>
          <w:color w:val="000000" w:themeColor="text1"/>
          <w:lang w:val="ru-RU"/>
        </w:rPr>
        <w:t xml:space="preserve">18.5. Члены школьной команды несут обязанность соблюдать конфиденциальность сведений, ставших им известными при рассмотрении ситуации. Обязанность конфиденциальности сохраняется </w:t>
      </w:r>
      <w:r w:rsidRPr="005A6A5E">
        <w:rPr>
          <w:color w:val="000000" w:themeColor="text1"/>
          <w:lang w:val="ru-RU"/>
        </w:rPr>
        <w:lastRenderedPageBreak/>
        <w:t>после завершения рассмотрения случая и после прекращения участия работника в составе школьной команды.</w:t>
      </w: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19. Плановые заседания и профилактическая работа</w:t>
      </w:r>
    </w:p>
    <w:p w:rsidR="00DB4F6C" w:rsidRPr="005A6A5E" w:rsidRDefault="00000000">
      <w:pPr>
        <w:spacing w:after="120"/>
        <w:ind w:firstLine="425"/>
        <w:rPr>
          <w:color w:val="000000" w:themeColor="text1"/>
          <w:lang w:val="ru-RU"/>
        </w:rPr>
      </w:pPr>
      <w:r w:rsidRPr="005A6A5E">
        <w:rPr>
          <w:color w:val="000000" w:themeColor="text1"/>
          <w:lang w:val="ru-RU"/>
        </w:rPr>
        <w:t>19.1. Помимо рассмотрения конкретных ситуаций школьная команда может проводить плановые заседания по вопросам профилактики психологического насилия, анализа психологического климата, результатов мониторинга, повторяющихся обращений, состояния классных коллективов и эффективности принятых мер.</w:t>
      </w:r>
    </w:p>
    <w:p w:rsidR="00DB4F6C" w:rsidRPr="005A6A5E" w:rsidRDefault="00000000">
      <w:pPr>
        <w:spacing w:after="120"/>
        <w:ind w:firstLine="425"/>
        <w:rPr>
          <w:color w:val="000000" w:themeColor="text1"/>
          <w:lang w:val="ru-RU"/>
        </w:rPr>
      </w:pPr>
      <w:r w:rsidRPr="005A6A5E">
        <w:rPr>
          <w:color w:val="000000" w:themeColor="text1"/>
          <w:lang w:val="ru-RU"/>
        </w:rPr>
        <w:t>19.2. Плановые заседания проводятся не реже одного раза в полугодие, если иной порядок не установлен приказом образовательной организации. При необходимости председатель вправе назначать дополнительные заседания.</w:t>
      </w:r>
    </w:p>
    <w:p w:rsidR="00DB4F6C" w:rsidRPr="005A6A5E" w:rsidRDefault="00000000">
      <w:pPr>
        <w:spacing w:after="120"/>
        <w:ind w:firstLine="425"/>
        <w:rPr>
          <w:color w:val="000000" w:themeColor="text1"/>
          <w:lang w:val="ru-RU"/>
        </w:rPr>
      </w:pPr>
      <w:r w:rsidRPr="005A6A5E">
        <w:rPr>
          <w:color w:val="000000" w:themeColor="text1"/>
          <w:lang w:val="ru-RU"/>
        </w:rPr>
        <w:t>19.3. На плановых заседаниях не раскрываются персональные данные конкретных детей и семей без необходимости. Анализ проводится в обобщенном виде: по типам ситуаций, факторам риска, дефицитам профилактической работы, потребностям педагогов и родителей.</w:t>
      </w:r>
    </w:p>
    <w:p w:rsidR="00DB4F6C" w:rsidRPr="005A6A5E" w:rsidRDefault="00000000">
      <w:pPr>
        <w:spacing w:after="120"/>
        <w:ind w:firstLine="425"/>
        <w:rPr>
          <w:color w:val="000000" w:themeColor="text1"/>
          <w:lang w:val="ru-RU"/>
        </w:rPr>
      </w:pPr>
      <w:r w:rsidRPr="005A6A5E">
        <w:rPr>
          <w:color w:val="000000" w:themeColor="text1"/>
          <w:lang w:val="ru-RU"/>
        </w:rPr>
        <w:t>19.4. По итогам планового анализа школьная команда может вносить руководителю образовательной организации предложения о проведении классных часов, родительских встреч, педагогических советов, обучающих мероприятий, консультаций специалистов, корректировке локальных актов и организации дополнительного обучения работников.</w:t>
      </w: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20. Контроль исполнения утверждённых мер</w:t>
      </w:r>
    </w:p>
    <w:p w:rsidR="00DB4F6C" w:rsidRPr="005A6A5E" w:rsidRDefault="00000000">
      <w:pPr>
        <w:spacing w:after="120"/>
        <w:ind w:firstLine="425"/>
        <w:rPr>
          <w:color w:val="000000" w:themeColor="text1"/>
          <w:lang w:val="ru-RU"/>
        </w:rPr>
      </w:pPr>
      <w:r w:rsidRPr="005A6A5E">
        <w:rPr>
          <w:color w:val="000000" w:themeColor="text1"/>
          <w:lang w:val="ru-RU"/>
        </w:rPr>
        <w:t>20.1. Контроль исполнения утверждённых руководителем мер осуществляет председатель команды, координатор случая или иное указанное в управленческом решении лицо.</w:t>
      </w:r>
    </w:p>
    <w:p w:rsidR="00DB4F6C" w:rsidRPr="005A6A5E" w:rsidRDefault="00000000">
      <w:pPr>
        <w:spacing w:after="120"/>
        <w:ind w:firstLine="425"/>
        <w:rPr>
          <w:color w:val="000000" w:themeColor="text1"/>
          <w:lang w:val="ru-RU"/>
        </w:rPr>
      </w:pPr>
      <w:r w:rsidRPr="005A6A5E">
        <w:rPr>
          <w:color w:val="000000" w:themeColor="text1"/>
          <w:lang w:val="ru-RU"/>
        </w:rPr>
        <w:t>20.2. Работник сообщает координатору или председателю о выполнении меры, закреплённой письменным решением руководителя и относящейся к его трудовой функции. При невозможности исполнения он незамедлительно сообщает руководителю причины и предлагает новый срок или иной законный способ.</w:t>
      </w:r>
    </w:p>
    <w:p w:rsidR="00DB4F6C" w:rsidRPr="005A6A5E" w:rsidRDefault="00000000">
      <w:pPr>
        <w:spacing w:after="120"/>
        <w:ind w:firstLine="425"/>
        <w:rPr>
          <w:color w:val="000000" w:themeColor="text1"/>
          <w:lang w:val="ru-RU"/>
        </w:rPr>
      </w:pPr>
      <w:r w:rsidRPr="005A6A5E">
        <w:rPr>
          <w:color w:val="000000" w:themeColor="text1"/>
          <w:lang w:val="ru-RU"/>
        </w:rPr>
        <w:t>20.3. Контроль динамики включает наблюдение за безопасностью пострадавшего обучающегося, отсутствием повторных эпизодов, изменением поведения предполагаемого инициатора, состоянием класса, результатами взаимодействия с родителями и выполнением внешнего маршрута при его наличии.</w:t>
      </w:r>
    </w:p>
    <w:p w:rsidR="00DB4F6C" w:rsidRPr="005A6A5E" w:rsidRDefault="00000000">
      <w:pPr>
        <w:spacing w:after="120"/>
        <w:ind w:firstLine="425"/>
        <w:rPr>
          <w:color w:val="000000" w:themeColor="text1"/>
          <w:lang w:val="ru-RU"/>
        </w:rPr>
      </w:pPr>
      <w:r w:rsidRPr="005A6A5E">
        <w:rPr>
          <w:color w:val="000000" w:themeColor="text1"/>
          <w:lang w:val="ru-RU"/>
        </w:rPr>
        <w:t>20.4. Случай может быть завершен только при наличии оснований считать, что небезопасное поведение прекращено, меры сопровождения выполнены или переданы внешним специалистам, участники и родители проинформированы в необходимом объеме, а контрольное наблюдение не выявило признаков повторения.</w:t>
      </w: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21. Ответственность членов школьной команды</w:t>
      </w:r>
    </w:p>
    <w:p w:rsidR="00DB4F6C" w:rsidRPr="005A6A5E" w:rsidRDefault="00000000">
      <w:pPr>
        <w:spacing w:after="120"/>
        <w:ind w:firstLine="425"/>
        <w:rPr>
          <w:color w:val="000000" w:themeColor="text1"/>
          <w:lang w:val="ru-RU"/>
        </w:rPr>
      </w:pPr>
      <w:r w:rsidRPr="005A6A5E">
        <w:rPr>
          <w:color w:val="000000" w:themeColor="text1"/>
          <w:lang w:val="ru-RU"/>
        </w:rPr>
        <w:t>21.1. Члены школьной команды несут ответственность за добросовестное выполнение возложенных функций, соблюдение сроков, конфиденциальности, правил обработки персональных данных и требований локальных актов образовательной организации.</w:t>
      </w:r>
    </w:p>
    <w:p w:rsidR="00DB4F6C" w:rsidRPr="005A6A5E" w:rsidRDefault="00000000">
      <w:pPr>
        <w:spacing w:after="120"/>
        <w:ind w:firstLine="425"/>
        <w:rPr>
          <w:color w:val="000000" w:themeColor="text1"/>
          <w:lang w:val="ru-RU"/>
        </w:rPr>
      </w:pPr>
      <w:r w:rsidRPr="005A6A5E">
        <w:rPr>
          <w:color w:val="000000" w:themeColor="text1"/>
          <w:lang w:val="ru-RU"/>
        </w:rPr>
        <w:t>21.2. Нарушение порядка работы с материалами случая, разглашение сведений, публичное обсуждение ситуации, распространение цифровых материалов или бездействие при наличии сведений о риске рассматриваются руководителем образовательной организации в порядке, установленном законодательством Российской Федерации и локальными актами образовательной организации.</w:t>
      </w:r>
    </w:p>
    <w:p w:rsidR="00DB4F6C" w:rsidRPr="005A6A5E" w:rsidRDefault="00000000">
      <w:pPr>
        <w:spacing w:after="120"/>
        <w:ind w:firstLine="425"/>
        <w:rPr>
          <w:color w:val="000000" w:themeColor="text1"/>
          <w:lang w:val="ru-RU"/>
        </w:rPr>
      </w:pPr>
      <w:r w:rsidRPr="005A6A5E">
        <w:rPr>
          <w:color w:val="000000" w:themeColor="text1"/>
          <w:lang w:val="ru-RU"/>
        </w:rPr>
        <w:lastRenderedPageBreak/>
        <w:t>21.3. Ответственность членов школьной команды не отменяет персональную ответственность каждого работника образовательной организации за своевременное реагирование на сведения о возможном психологическом насилии, ставшие ему известными.</w:t>
      </w:r>
    </w:p>
    <w:p w:rsidR="00DB4F6C" w:rsidRPr="005A6A5E" w:rsidRDefault="00000000">
      <w:pPr>
        <w:pStyle w:val="1"/>
        <w:rPr>
          <w:color w:val="000000" w:themeColor="text1"/>
          <w:lang w:val="ru-RU"/>
        </w:rPr>
      </w:pPr>
      <w:r w:rsidRPr="005A6A5E">
        <w:rPr>
          <w:rFonts w:ascii="Times New Roman" w:eastAsia="Times New Roman" w:hAnsi="Times New Roman"/>
          <w:color w:val="000000" w:themeColor="text1"/>
          <w:lang w:val="ru-RU"/>
        </w:rPr>
        <w:t>22. Заключительные положения</w:t>
      </w:r>
    </w:p>
    <w:p w:rsidR="00DB4F6C" w:rsidRPr="005A6A5E" w:rsidRDefault="00000000">
      <w:pPr>
        <w:spacing w:after="120"/>
        <w:ind w:firstLine="425"/>
        <w:rPr>
          <w:color w:val="000000" w:themeColor="text1"/>
          <w:lang w:val="ru-RU"/>
        </w:rPr>
      </w:pPr>
      <w:r w:rsidRPr="005A6A5E">
        <w:rPr>
          <w:color w:val="000000" w:themeColor="text1"/>
          <w:lang w:val="ru-RU"/>
        </w:rPr>
        <w:t>22.1. Настоящее Положение вступает в силу с даты его утверждения приказом руководителя образовательной организации.</w:t>
      </w:r>
    </w:p>
    <w:p w:rsidR="00DB4F6C" w:rsidRPr="005A6A5E" w:rsidRDefault="00000000">
      <w:pPr>
        <w:spacing w:after="120"/>
        <w:ind w:firstLine="425"/>
        <w:rPr>
          <w:color w:val="000000" w:themeColor="text1"/>
          <w:lang w:val="ru-RU"/>
        </w:rPr>
      </w:pPr>
      <w:r w:rsidRPr="005A6A5E">
        <w:rPr>
          <w:color w:val="000000" w:themeColor="text1"/>
          <w:lang w:val="ru-RU"/>
        </w:rPr>
        <w:t>22.2. Изменения и дополнения в настоящее Положение вносятся приказом руководителя образовательной организации с учетом изменений законодательства Российской Федерации, региональных и муниципальных актов, практики применения документов и результатов анализа эффективности системы профилактики.</w:t>
      </w:r>
    </w:p>
    <w:p w:rsidR="00DB4F6C" w:rsidRPr="005A6A5E" w:rsidRDefault="00000000">
      <w:pPr>
        <w:spacing w:after="120"/>
        <w:ind w:firstLine="425"/>
        <w:rPr>
          <w:color w:val="000000" w:themeColor="text1"/>
          <w:lang w:val="ru-RU"/>
        </w:rPr>
      </w:pPr>
      <w:r w:rsidRPr="005A6A5E">
        <w:rPr>
          <w:color w:val="000000" w:themeColor="text1"/>
          <w:lang w:val="ru-RU"/>
        </w:rPr>
        <w:t>22.3. Работники образовательной организации, включенные в состав школьной команды, знакомятся с настоящим Положением под подпись.</w:t>
      </w:r>
    </w:p>
    <w:p w:rsidR="00DB4F6C" w:rsidRPr="005A6A5E" w:rsidRDefault="00000000">
      <w:pPr>
        <w:spacing w:after="120"/>
        <w:ind w:firstLine="425"/>
        <w:rPr>
          <w:color w:val="000000" w:themeColor="text1"/>
          <w:lang w:val="ru-RU"/>
        </w:rPr>
      </w:pPr>
      <w:r w:rsidRPr="005A6A5E">
        <w:rPr>
          <w:color w:val="000000" w:themeColor="text1"/>
          <w:lang w:val="ru-RU"/>
        </w:rPr>
        <w:t>22.4. Настоящее Положение применяется во взаимосвязи с иными документами комплекта. Для психолого-педагогической помощи используется актуальная программа, выбранная образовательной организацией или ППМС-центром в пределах их компетенции; применение материалов проекта «Школа взаимоуважения» не является условием действия настоящего Положения.</w:t>
      </w:r>
    </w:p>
    <w:sectPr w:rsidR="00DB4F6C" w:rsidRPr="005A6A5E" w:rsidSect="00034616">
      <w:footerReference w:type="default" r:id="rId8"/>
      <w:pgSz w:w="12240" w:h="15840"/>
      <w:pgMar w:top="1134" w:right="850"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2FD0" w:rsidRDefault="00372FD0">
      <w:pPr>
        <w:spacing w:after="0" w:line="240" w:lineRule="auto"/>
      </w:pPr>
      <w:r>
        <w:separator/>
      </w:r>
    </w:p>
  </w:endnote>
  <w:endnote w:type="continuationSeparator" w:id="0">
    <w:p w:rsidR="00372FD0" w:rsidRDefault="00372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C000ACF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4F6C" w:rsidRDefault="00DB4F6C">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2FD0" w:rsidRDefault="00372FD0">
      <w:pPr>
        <w:spacing w:after="0" w:line="240" w:lineRule="auto"/>
      </w:pPr>
      <w:r>
        <w:separator/>
      </w:r>
    </w:p>
  </w:footnote>
  <w:footnote w:type="continuationSeparator" w:id="0">
    <w:p w:rsidR="00372FD0" w:rsidRDefault="00372F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34124732">
    <w:abstractNumId w:val="8"/>
  </w:num>
  <w:num w:numId="2" w16cid:durableId="856306191">
    <w:abstractNumId w:val="6"/>
  </w:num>
  <w:num w:numId="3" w16cid:durableId="1980989177">
    <w:abstractNumId w:val="5"/>
  </w:num>
  <w:num w:numId="4" w16cid:durableId="514803398">
    <w:abstractNumId w:val="4"/>
  </w:num>
  <w:num w:numId="5" w16cid:durableId="668825380">
    <w:abstractNumId w:val="7"/>
  </w:num>
  <w:num w:numId="6" w16cid:durableId="2080975325">
    <w:abstractNumId w:val="3"/>
  </w:num>
  <w:num w:numId="7" w16cid:durableId="848711957">
    <w:abstractNumId w:val="2"/>
  </w:num>
  <w:num w:numId="8" w16cid:durableId="729421978">
    <w:abstractNumId w:val="1"/>
  </w:num>
  <w:num w:numId="9" w16cid:durableId="535001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72FD0"/>
    <w:rsid w:val="005A6A5E"/>
    <w:rsid w:val="005E2CD4"/>
    <w:rsid w:val="00AA1D8D"/>
    <w:rsid w:val="00B47730"/>
    <w:rsid w:val="00CB0664"/>
    <w:rsid w:val="00DB4F6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D7871D10-D884-3149-B5B7-953278F0D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4836</Words>
  <Characters>27569</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Евгений Анохин</cp:lastModifiedBy>
  <cp:revision>2</cp:revision>
  <cp:lastPrinted>2026-06-19T15:09:00Z</cp:lastPrinted>
  <dcterms:created xsi:type="dcterms:W3CDTF">2013-12-23T23:15:00Z</dcterms:created>
  <dcterms:modified xsi:type="dcterms:W3CDTF">2026-06-20T07:38:00Z</dcterms:modified>
  <cp:category/>
</cp:coreProperties>
</file>